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C4781" w14:textId="77777777" w:rsidR="002704EC" w:rsidRPr="004054E3" w:rsidRDefault="002704EC" w:rsidP="002704EC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27D00697" w14:textId="77777777" w:rsidR="002704EC" w:rsidRDefault="002704EC" w:rsidP="002704EC">
      <w:pPr>
        <w:rPr>
          <w:rFonts w:ascii="Century Schoolbook" w:hAnsi="Century Schoolbook" w:cs="Times New Roman"/>
          <w:sz w:val="24"/>
          <w:lang w:eastAsia="ja-JP"/>
        </w:rPr>
      </w:pPr>
      <w:r w:rsidRPr="00471501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471501">
        <w:rPr>
          <w:rFonts w:ascii="Century Schoolbook" w:hAnsi="Century Schoolbook" w:cs="Times New Roman" w:hint="eastAsia"/>
          <w:sz w:val="24"/>
          <w:lang w:eastAsia="ja-JP"/>
        </w:rPr>
        <w:t xml:space="preserve"> We see many kinds of tomatoes when we go to a supermarket.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471501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471501">
        <w:rPr>
          <w:rFonts w:ascii="Century Schoolbook" w:hAnsi="Century Schoolbook" w:cs="Times New Roman" w:hint="eastAsia"/>
          <w:sz w:val="24"/>
          <w:lang w:eastAsia="ja-JP"/>
        </w:rPr>
        <w:t xml:space="preserve"> Even when we go to a restaurant, we often eat tomatoes.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471501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471501">
        <w:rPr>
          <w:rFonts w:ascii="Century Schoolbook" w:hAnsi="Century Schoolbook" w:cs="Times New Roman" w:hint="eastAsia"/>
          <w:sz w:val="24"/>
          <w:lang w:eastAsia="ja-JP"/>
        </w:rPr>
        <w:t xml:space="preserve"> However, in the past, people just enjoyed looking at them as a kind of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471501">
        <w:rPr>
          <w:rFonts w:ascii="Century Schoolbook" w:hAnsi="Century Schoolbook" w:cs="Times New Roman" w:hint="eastAsia"/>
          <w:sz w:val="24"/>
          <w:lang w:eastAsia="ja-JP"/>
        </w:rPr>
        <w:t>flower.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471501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471501">
        <w:rPr>
          <w:rFonts w:ascii="Century Schoolbook" w:hAnsi="Century Schoolbook" w:cs="Times New Roman" w:hint="eastAsia"/>
          <w:sz w:val="24"/>
          <w:lang w:eastAsia="ja-JP"/>
        </w:rPr>
        <w:t xml:space="preserve"> People thought tomatoes were poisonous because they were red and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471501">
        <w:rPr>
          <w:rFonts w:ascii="Century Schoolbook" w:hAnsi="Century Schoolbook" w:cs="Times New Roman" w:hint="eastAsia"/>
          <w:sz w:val="24"/>
          <w:lang w:eastAsia="ja-JP"/>
        </w:rPr>
        <w:t>very sour.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471501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471501">
        <w:rPr>
          <w:rFonts w:ascii="Century Schoolbook" w:hAnsi="Century Schoolbook" w:cs="Times New Roman" w:hint="eastAsia"/>
          <w:sz w:val="24"/>
          <w:lang w:eastAsia="ja-JP"/>
        </w:rPr>
        <w:t xml:space="preserve"> But some people tried eating them.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471501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471501"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471501">
        <w:rPr>
          <w:rFonts w:ascii="Century Schoolbook" w:hAnsi="Century Schoolbook" w:cs="Times New Roman" w:hint="eastAsia"/>
          <w:w w:val="98"/>
          <w:sz w:val="24"/>
          <w:lang w:eastAsia="ja-JP"/>
        </w:rPr>
        <w:t>As a result, people found that they were not only safe but also delicious.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471501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471501">
        <w:rPr>
          <w:rFonts w:ascii="Century Schoolbook" w:hAnsi="Century Schoolbook" w:cs="Times New Roman" w:hint="eastAsia"/>
          <w:sz w:val="24"/>
          <w:lang w:eastAsia="ja-JP"/>
        </w:rPr>
        <w:t xml:space="preserve"> We are grateful that some people tried tomatoes for the first time.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2704EC" w14:paraId="0C14A466" w14:textId="77777777" w:rsidTr="002C1C5F">
        <w:trPr>
          <w:trHeight w:val="567"/>
        </w:trPr>
        <w:tc>
          <w:tcPr>
            <w:tcW w:w="8362" w:type="dxa"/>
          </w:tcPr>
          <w:p w14:paraId="7299A9D1" w14:textId="77777777" w:rsidR="002704EC" w:rsidRDefault="002704E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704EC" w14:paraId="332A29FD" w14:textId="77777777" w:rsidTr="002C1C5F">
        <w:trPr>
          <w:trHeight w:val="567"/>
        </w:trPr>
        <w:tc>
          <w:tcPr>
            <w:tcW w:w="8362" w:type="dxa"/>
          </w:tcPr>
          <w:p w14:paraId="0EF39F12" w14:textId="77777777" w:rsidR="002704EC" w:rsidRDefault="002704E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704EC" w14:paraId="69C61597" w14:textId="77777777" w:rsidTr="002C1C5F">
        <w:trPr>
          <w:trHeight w:val="567"/>
        </w:trPr>
        <w:tc>
          <w:tcPr>
            <w:tcW w:w="8362" w:type="dxa"/>
          </w:tcPr>
          <w:p w14:paraId="7399AE71" w14:textId="77777777" w:rsidR="002704EC" w:rsidRDefault="002704E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704EC" w14:paraId="34F11681" w14:textId="77777777" w:rsidTr="002C1C5F">
        <w:trPr>
          <w:trHeight w:val="567"/>
        </w:trPr>
        <w:tc>
          <w:tcPr>
            <w:tcW w:w="8362" w:type="dxa"/>
          </w:tcPr>
          <w:p w14:paraId="6F373B76" w14:textId="77777777" w:rsidR="002704EC" w:rsidRDefault="002704E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704EC" w14:paraId="32046BCB" w14:textId="77777777" w:rsidTr="002C1C5F">
        <w:trPr>
          <w:trHeight w:val="567"/>
        </w:trPr>
        <w:tc>
          <w:tcPr>
            <w:tcW w:w="8362" w:type="dxa"/>
          </w:tcPr>
          <w:p w14:paraId="1FF9176D" w14:textId="77777777" w:rsidR="002704EC" w:rsidRDefault="002704E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704EC" w14:paraId="40AAC188" w14:textId="77777777" w:rsidTr="002C1C5F">
        <w:trPr>
          <w:trHeight w:val="567"/>
        </w:trPr>
        <w:tc>
          <w:tcPr>
            <w:tcW w:w="8362" w:type="dxa"/>
          </w:tcPr>
          <w:p w14:paraId="6EA81140" w14:textId="77777777" w:rsidR="002704EC" w:rsidRDefault="002704E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704EC" w14:paraId="38C44E38" w14:textId="77777777" w:rsidTr="002C1C5F">
        <w:trPr>
          <w:trHeight w:val="567"/>
        </w:trPr>
        <w:tc>
          <w:tcPr>
            <w:tcW w:w="8362" w:type="dxa"/>
          </w:tcPr>
          <w:p w14:paraId="71CF4CDA" w14:textId="77777777" w:rsidR="002704EC" w:rsidRDefault="002704E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704EC" w14:paraId="46CE4DC0" w14:textId="77777777" w:rsidTr="002C1C5F">
        <w:trPr>
          <w:trHeight w:val="567"/>
        </w:trPr>
        <w:tc>
          <w:tcPr>
            <w:tcW w:w="8362" w:type="dxa"/>
          </w:tcPr>
          <w:p w14:paraId="5DF97A1B" w14:textId="77777777" w:rsidR="002704EC" w:rsidRDefault="002704E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704EC" w14:paraId="02D1D1F6" w14:textId="77777777" w:rsidTr="002C1C5F">
        <w:trPr>
          <w:trHeight w:val="567"/>
        </w:trPr>
        <w:tc>
          <w:tcPr>
            <w:tcW w:w="8362" w:type="dxa"/>
          </w:tcPr>
          <w:p w14:paraId="7389A6D3" w14:textId="77777777" w:rsidR="002704EC" w:rsidRDefault="002704E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704EC" w14:paraId="622BB513" w14:textId="77777777" w:rsidTr="002C1C5F">
        <w:trPr>
          <w:trHeight w:val="567"/>
        </w:trPr>
        <w:tc>
          <w:tcPr>
            <w:tcW w:w="8362" w:type="dxa"/>
          </w:tcPr>
          <w:p w14:paraId="46706DA9" w14:textId="77777777" w:rsidR="002704EC" w:rsidRDefault="002704E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704EC" w14:paraId="2CC73D52" w14:textId="77777777" w:rsidTr="002C1C5F">
        <w:trPr>
          <w:trHeight w:val="567"/>
        </w:trPr>
        <w:tc>
          <w:tcPr>
            <w:tcW w:w="8362" w:type="dxa"/>
          </w:tcPr>
          <w:p w14:paraId="41CE9216" w14:textId="77777777" w:rsidR="002704EC" w:rsidRDefault="002704E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704EC" w14:paraId="6EF6D06E" w14:textId="77777777" w:rsidTr="002C1C5F">
        <w:trPr>
          <w:trHeight w:val="567"/>
        </w:trPr>
        <w:tc>
          <w:tcPr>
            <w:tcW w:w="8362" w:type="dxa"/>
          </w:tcPr>
          <w:p w14:paraId="728838C5" w14:textId="77777777" w:rsidR="002704EC" w:rsidRDefault="002704E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704EC" w14:paraId="596B5CF5" w14:textId="77777777" w:rsidTr="002C1C5F">
        <w:trPr>
          <w:trHeight w:val="567"/>
        </w:trPr>
        <w:tc>
          <w:tcPr>
            <w:tcW w:w="8362" w:type="dxa"/>
          </w:tcPr>
          <w:p w14:paraId="0DA6F756" w14:textId="77777777" w:rsidR="002704EC" w:rsidRDefault="002704E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704EC" w14:paraId="73F699F0" w14:textId="77777777" w:rsidTr="002C1C5F">
        <w:trPr>
          <w:trHeight w:val="567"/>
        </w:trPr>
        <w:tc>
          <w:tcPr>
            <w:tcW w:w="8362" w:type="dxa"/>
          </w:tcPr>
          <w:p w14:paraId="06D9FE1F" w14:textId="77777777" w:rsidR="002704EC" w:rsidRDefault="002704E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567C929C" w14:textId="77777777" w:rsidR="002704EC" w:rsidRDefault="002704EC" w:rsidP="002704EC">
      <w:pPr>
        <w:rPr>
          <w:lang w:eastAsia="ja-JP"/>
        </w:rPr>
        <w:sectPr w:rsidR="002704EC" w:rsidSect="002704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04113F6B" w14:textId="77777777" w:rsidR="002704EC" w:rsidRPr="009408BE" w:rsidRDefault="002704EC" w:rsidP="002704EC">
      <w:pPr>
        <w:pStyle w:val="aa"/>
        <w:rPr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D2CCD01" wp14:editId="7AC16E69">
            <wp:simplePos x="0" y="0"/>
            <wp:positionH relativeFrom="column">
              <wp:posOffset>4821555</wp:posOffset>
            </wp:positionH>
            <wp:positionV relativeFrom="paragraph">
              <wp:posOffset>-134620</wp:posOffset>
            </wp:positionV>
            <wp:extent cx="360000" cy="360000"/>
            <wp:effectExtent l="0" t="0" r="2540" b="2540"/>
            <wp:wrapNone/>
            <wp:docPr id="178340731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40731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24BAB00F" w14:textId="77777777" w:rsidR="002704EC" w:rsidRPr="0098484B" w:rsidRDefault="002704EC" w:rsidP="002704EC">
      <w:pPr>
        <w:rPr>
          <w:rFonts w:ascii="Century Schoolbook" w:hAnsi="Century Schoolbook" w:cs="Times New Roman"/>
          <w:szCs w:val="21"/>
          <w:lang w:eastAsia="ja-JP"/>
        </w:rPr>
      </w:pPr>
      <w:r w:rsidRPr="00471501">
        <w:rPr>
          <w:rFonts w:ascii="Century Schoolbook" w:hAnsi="Century Schoolbook" w:cs="Times New Roman" w:hint="eastAsia"/>
          <w:sz w:val="21"/>
          <w:szCs w:val="20"/>
          <w:lang w:eastAsia="ja-JP"/>
        </w:rPr>
        <w:t>①</w:t>
      </w:r>
      <w:r w:rsidRPr="00471501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471501">
        <w:rPr>
          <w:rFonts w:ascii="Century Schoolbook" w:hAnsi="Century Schoolbook" w:cs="Times New Roman" w:hint="eastAsia"/>
          <w:sz w:val="21"/>
          <w:szCs w:val="20"/>
          <w:lang w:eastAsia="ja-JP"/>
        </w:rPr>
        <w:t>私たちはスーパーへ行ったとき、多くの種類のトマトを見かけます。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471501">
        <w:rPr>
          <w:rFonts w:ascii="Century Schoolbook" w:hAnsi="Century Schoolbook" w:cs="Times New Roman" w:hint="eastAsia"/>
          <w:sz w:val="21"/>
          <w:szCs w:val="20"/>
          <w:lang w:eastAsia="ja-JP"/>
        </w:rPr>
        <w:t>②</w:t>
      </w:r>
      <w:r w:rsidRPr="00471501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471501">
        <w:rPr>
          <w:rFonts w:ascii="Century Schoolbook" w:hAnsi="Century Schoolbook" w:cs="Times New Roman" w:hint="eastAsia"/>
          <w:sz w:val="21"/>
          <w:szCs w:val="20"/>
          <w:lang w:eastAsia="ja-JP"/>
        </w:rPr>
        <w:t>私たちがレストランへ行くときでさえ、よくトマトを食べます。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471501">
        <w:rPr>
          <w:rFonts w:ascii="Century Schoolbook" w:hAnsi="Century Schoolbook" w:cs="Times New Roman" w:hint="eastAsia"/>
          <w:sz w:val="21"/>
          <w:szCs w:val="20"/>
          <w:lang w:eastAsia="ja-JP"/>
        </w:rPr>
        <w:t>③</w:t>
      </w:r>
      <w:r w:rsidRPr="00471501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471501">
        <w:rPr>
          <w:rFonts w:ascii="Century Schoolbook" w:hAnsi="Century Schoolbook" w:cs="Times New Roman" w:hint="eastAsia"/>
          <w:sz w:val="21"/>
          <w:szCs w:val="20"/>
          <w:lang w:eastAsia="ja-JP"/>
        </w:rPr>
        <w:t>しかしながら昔は、人々は花の一種としてただそれらを見て楽しむだけでした。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471501">
        <w:rPr>
          <w:rFonts w:ascii="Century Schoolbook" w:hAnsi="Century Schoolbook" w:cs="Times New Roman" w:hint="eastAsia"/>
          <w:sz w:val="21"/>
          <w:szCs w:val="20"/>
          <w:lang w:eastAsia="ja-JP"/>
        </w:rPr>
        <w:t>④</w:t>
      </w:r>
      <w:r w:rsidRPr="00471501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471501">
        <w:rPr>
          <w:rFonts w:ascii="Century Schoolbook" w:hAnsi="Century Schoolbook" w:cs="Times New Roman" w:hint="eastAsia"/>
          <w:sz w:val="21"/>
          <w:szCs w:val="20"/>
          <w:lang w:eastAsia="ja-JP"/>
        </w:rPr>
        <w:t>人々は、トマトは赤くてとてもすっぱいので有毒だと考えていました。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471501">
        <w:rPr>
          <w:rFonts w:ascii="Century Schoolbook" w:hAnsi="Century Schoolbook" w:cs="Times New Roman" w:hint="eastAsia"/>
          <w:sz w:val="21"/>
          <w:szCs w:val="20"/>
          <w:lang w:eastAsia="ja-JP"/>
        </w:rPr>
        <w:t>⑤</w:t>
      </w:r>
      <w:r w:rsidRPr="00471501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471501">
        <w:rPr>
          <w:rFonts w:ascii="Century Schoolbook" w:hAnsi="Century Schoolbook" w:cs="Times New Roman" w:hint="eastAsia"/>
          <w:sz w:val="21"/>
          <w:szCs w:val="20"/>
          <w:lang w:eastAsia="ja-JP"/>
        </w:rPr>
        <w:t>しかしある人々がそれらを食べてみました。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471501">
        <w:rPr>
          <w:rFonts w:ascii="Century Schoolbook" w:hAnsi="Century Schoolbook" w:cs="Times New Roman" w:hint="eastAsia"/>
          <w:sz w:val="21"/>
          <w:szCs w:val="20"/>
          <w:lang w:eastAsia="ja-JP"/>
        </w:rPr>
        <w:t>⑥</w:t>
      </w:r>
      <w:r w:rsidRPr="00471501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471501">
        <w:rPr>
          <w:rFonts w:ascii="Century Schoolbook" w:hAnsi="Century Schoolbook" w:cs="Times New Roman" w:hint="eastAsia"/>
          <w:sz w:val="21"/>
          <w:szCs w:val="20"/>
          <w:lang w:eastAsia="ja-JP"/>
        </w:rPr>
        <w:t>結果として、人々はそれらが安全であるだけでなく、おいしいということに気付き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471501">
        <w:rPr>
          <w:rFonts w:ascii="Century Schoolbook" w:hAnsi="Century Schoolbook" w:cs="Times New Roman" w:hint="eastAsia"/>
          <w:sz w:val="21"/>
          <w:szCs w:val="20"/>
          <w:lang w:eastAsia="ja-JP"/>
        </w:rPr>
        <w:t>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471501">
        <w:rPr>
          <w:rFonts w:ascii="Century Schoolbook" w:hAnsi="Century Schoolbook" w:cs="Times New Roman" w:hint="eastAsia"/>
          <w:sz w:val="21"/>
          <w:szCs w:val="20"/>
          <w:lang w:eastAsia="ja-JP"/>
        </w:rPr>
        <w:t>⑦</w:t>
      </w:r>
      <w:r w:rsidRPr="00471501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471501">
        <w:rPr>
          <w:rFonts w:ascii="Century Schoolbook" w:hAnsi="Century Schoolbook" w:cs="Times New Roman" w:hint="eastAsia"/>
          <w:sz w:val="21"/>
          <w:szCs w:val="20"/>
          <w:lang w:eastAsia="ja-JP"/>
        </w:rPr>
        <w:t>ある人々がトマトを初めて試したことに私たちは感謝しています。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2704EC" w14:paraId="23BD9C5F" w14:textId="77777777" w:rsidTr="002C1C5F">
        <w:trPr>
          <w:trHeight w:val="567"/>
        </w:trPr>
        <w:tc>
          <w:tcPr>
            <w:tcW w:w="8362" w:type="dxa"/>
          </w:tcPr>
          <w:p w14:paraId="2900EE2A" w14:textId="77777777" w:rsidR="002704EC" w:rsidRDefault="002704E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704EC" w14:paraId="6888D0A4" w14:textId="77777777" w:rsidTr="002C1C5F">
        <w:trPr>
          <w:trHeight w:val="567"/>
        </w:trPr>
        <w:tc>
          <w:tcPr>
            <w:tcW w:w="8362" w:type="dxa"/>
          </w:tcPr>
          <w:p w14:paraId="3C24BD8E" w14:textId="77777777" w:rsidR="002704EC" w:rsidRDefault="002704E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704EC" w14:paraId="4FD54A61" w14:textId="77777777" w:rsidTr="002C1C5F">
        <w:trPr>
          <w:trHeight w:val="567"/>
        </w:trPr>
        <w:tc>
          <w:tcPr>
            <w:tcW w:w="8362" w:type="dxa"/>
          </w:tcPr>
          <w:p w14:paraId="63B91E89" w14:textId="77777777" w:rsidR="002704EC" w:rsidRDefault="002704E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704EC" w14:paraId="63B94050" w14:textId="77777777" w:rsidTr="002C1C5F">
        <w:trPr>
          <w:trHeight w:val="567"/>
        </w:trPr>
        <w:tc>
          <w:tcPr>
            <w:tcW w:w="8362" w:type="dxa"/>
          </w:tcPr>
          <w:p w14:paraId="4493588F" w14:textId="77777777" w:rsidR="002704EC" w:rsidRDefault="002704E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704EC" w14:paraId="7402A9B5" w14:textId="77777777" w:rsidTr="002C1C5F">
        <w:trPr>
          <w:trHeight w:val="567"/>
        </w:trPr>
        <w:tc>
          <w:tcPr>
            <w:tcW w:w="8362" w:type="dxa"/>
          </w:tcPr>
          <w:p w14:paraId="54E51926" w14:textId="77777777" w:rsidR="002704EC" w:rsidRDefault="002704E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704EC" w14:paraId="0FE18C46" w14:textId="77777777" w:rsidTr="002C1C5F">
        <w:trPr>
          <w:trHeight w:val="567"/>
        </w:trPr>
        <w:tc>
          <w:tcPr>
            <w:tcW w:w="8362" w:type="dxa"/>
          </w:tcPr>
          <w:p w14:paraId="25357BF7" w14:textId="77777777" w:rsidR="002704EC" w:rsidRDefault="002704E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704EC" w14:paraId="54880DF1" w14:textId="77777777" w:rsidTr="002C1C5F">
        <w:trPr>
          <w:trHeight w:val="567"/>
        </w:trPr>
        <w:tc>
          <w:tcPr>
            <w:tcW w:w="8362" w:type="dxa"/>
          </w:tcPr>
          <w:p w14:paraId="5ACF0F3A" w14:textId="77777777" w:rsidR="002704EC" w:rsidRDefault="002704E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704EC" w14:paraId="47C3726B" w14:textId="77777777" w:rsidTr="002C1C5F">
        <w:trPr>
          <w:trHeight w:val="567"/>
        </w:trPr>
        <w:tc>
          <w:tcPr>
            <w:tcW w:w="8362" w:type="dxa"/>
          </w:tcPr>
          <w:p w14:paraId="028BC9A5" w14:textId="77777777" w:rsidR="002704EC" w:rsidRDefault="002704E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704EC" w14:paraId="6E9778E3" w14:textId="77777777" w:rsidTr="002C1C5F">
        <w:trPr>
          <w:trHeight w:val="567"/>
        </w:trPr>
        <w:tc>
          <w:tcPr>
            <w:tcW w:w="8362" w:type="dxa"/>
          </w:tcPr>
          <w:p w14:paraId="3009448C" w14:textId="77777777" w:rsidR="002704EC" w:rsidRDefault="002704E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704EC" w14:paraId="233EC190" w14:textId="77777777" w:rsidTr="002C1C5F">
        <w:trPr>
          <w:trHeight w:val="567"/>
        </w:trPr>
        <w:tc>
          <w:tcPr>
            <w:tcW w:w="8362" w:type="dxa"/>
          </w:tcPr>
          <w:p w14:paraId="440587FD" w14:textId="77777777" w:rsidR="002704EC" w:rsidRDefault="002704E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704EC" w14:paraId="55364881" w14:textId="77777777" w:rsidTr="002C1C5F">
        <w:trPr>
          <w:trHeight w:val="567"/>
        </w:trPr>
        <w:tc>
          <w:tcPr>
            <w:tcW w:w="8362" w:type="dxa"/>
          </w:tcPr>
          <w:p w14:paraId="3BB621AA" w14:textId="77777777" w:rsidR="002704EC" w:rsidRDefault="002704E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704EC" w14:paraId="706D1DCF" w14:textId="77777777" w:rsidTr="002C1C5F">
        <w:trPr>
          <w:trHeight w:val="567"/>
        </w:trPr>
        <w:tc>
          <w:tcPr>
            <w:tcW w:w="8362" w:type="dxa"/>
          </w:tcPr>
          <w:p w14:paraId="1E885D39" w14:textId="77777777" w:rsidR="002704EC" w:rsidRDefault="002704E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704EC" w14:paraId="77DECEC1" w14:textId="77777777" w:rsidTr="002C1C5F">
        <w:trPr>
          <w:trHeight w:val="567"/>
        </w:trPr>
        <w:tc>
          <w:tcPr>
            <w:tcW w:w="8362" w:type="dxa"/>
          </w:tcPr>
          <w:p w14:paraId="251D80B1" w14:textId="77777777" w:rsidR="002704EC" w:rsidRPr="00DA4AB5" w:rsidRDefault="002704EC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2704EC" w14:paraId="7E5926A7" w14:textId="77777777" w:rsidTr="002C1C5F">
        <w:trPr>
          <w:trHeight w:val="567"/>
        </w:trPr>
        <w:tc>
          <w:tcPr>
            <w:tcW w:w="8362" w:type="dxa"/>
          </w:tcPr>
          <w:p w14:paraId="39AEB4C1" w14:textId="77777777" w:rsidR="002704EC" w:rsidRPr="00DA4AB5" w:rsidRDefault="002704EC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0AE39EFA" w14:textId="762AD00E" w:rsidR="001B7E1D" w:rsidRPr="002704EC" w:rsidRDefault="001B7E1D" w:rsidP="001B7E1D">
      <w:pPr>
        <w:rPr>
          <w:lang w:eastAsia="ja-JP"/>
        </w:rPr>
      </w:pPr>
    </w:p>
    <w:sectPr w:rsidR="001B7E1D" w:rsidRPr="002704EC" w:rsidSect="00B81828">
      <w:headerReference w:type="default" r:id="rId15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E1886" w14:textId="77777777" w:rsidR="00337552" w:rsidRDefault="00337552" w:rsidP="00831BF7">
      <w:pPr>
        <w:spacing w:after="0" w:line="240" w:lineRule="auto"/>
      </w:pPr>
      <w:r>
        <w:separator/>
      </w:r>
    </w:p>
  </w:endnote>
  <w:endnote w:type="continuationSeparator" w:id="0">
    <w:p w14:paraId="08D51BA1" w14:textId="77777777" w:rsidR="00337552" w:rsidRDefault="00337552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CDE71" w14:textId="77777777" w:rsidR="002704EC" w:rsidRDefault="002704E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2720A" w14:textId="77777777" w:rsidR="002704EC" w:rsidRDefault="002704E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3A799" w14:textId="77777777" w:rsidR="002704EC" w:rsidRDefault="002704E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08325" w14:textId="77777777" w:rsidR="00337552" w:rsidRDefault="00337552" w:rsidP="00831BF7">
      <w:pPr>
        <w:spacing w:after="0" w:line="240" w:lineRule="auto"/>
      </w:pPr>
      <w:r>
        <w:separator/>
      </w:r>
    </w:p>
  </w:footnote>
  <w:footnote w:type="continuationSeparator" w:id="0">
    <w:p w14:paraId="42FC322D" w14:textId="77777777" w:rsidR="00337552" w:rsidRDefault="00337552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C930D" w14:textId="77777777" w:rsidR="002704EC" w:rsidRDefault="002704E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2704EC" w14:paraId="729FDCF2" w14:textId="77777777" w:rsidTr="00236E0F">
      <w:tc>
        <w:tcPr>
          <w:tcW w:w="1587" w:type="pct"/>
          <w:shd w:val="clear" w:color="auto" w:fill="D9D9D9" w:themeFill="background1" w:themeFillShade="D9"/>
        </w:tcPr>
        <w:p w14:paraId="69B5A42F" w14:textId="77777777" w:rsidR="002704EC" w:rsidRPr="000C3CCC" w:rsidRDefault="002704EC" w:rsidP="00A861CE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78688A98" w14:textId="77777777" w:rsidR="002704EC" w:rsidRPr="000C3CCC" w:rsidRDefault="002704EC" w:rsidP="00A861CE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5D99DC28" w14:textId="77777777" w:rsidR="002704EC" w:rsidRPr="00467A4A" w:rsidRDefault="002704EC" w:rsidP="00A861CE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ワード数：82語</w:t>
          </w:r>
        </w:p>
      </w:tc>
    </w:tr>
    <w:tr w:rsidR="002704EC" w14:paraId="7AC97E03" w14:textId="77777777" w:rsidTr="00236E0F">
      <w:tc>
        <w:tcPr>
          <w:tcW w:w="1587" w:type="pct"/>
          <w:shd w:val="clear" w:color="auto" w:fill="D9D9D9" w:themeFill="background1" w:themeFillShade="D9"/>
        </w:tcPr>
        <w:p w14:paraId="79EC17C3" w14:textId="77777777" w:rsidR="002704EC" w:rsidRPr="000C3CCC" w:rsidRDefault="002704EC" w:rsidP="00A861CE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5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71588AC0" w14:textId="77777777" w:rsidR="002704EC" w:rsidRPr="000C3CCC" w:rsidRDefault="002704EC" w:rsidP="00A861CE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6CCFCBC7" w14:textId="77777777" w:rsidR="002704EC" w:rsidRPr="00467A4A" w:rsidRDefault="002704EC" w:rsidP="00A861CE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p.38～45</w:t>
          </w:r>
        </w:p>
      </w:tc>
    </w:tr>
  </w:tbl>
  <w:p w14:paraId="1EF42883" w14:textId="77777777" w:rsidR="002704EC" w:rsidRPr="00A861CE" w:rsidRDefault="002704EC" w:rsidP="003A6E38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628F3" w14:textId="77777777" w:rsidR="002704EC" w:rsidRDefault="002704EC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2704EC" w14:paraId="26120F6D" w14:textId="77777777" w:rsidTr="002C1C5F">
      <w:tc>
        <w:tcPr>
          <w:tcW w:w="1587" w:type="pct"/>
          <w:shd w:val="clear" w:color="auto" w:fill="D9D9D9" w:themeFill="background1" w:themeFillShade="D9"/>
        </w:tcPr>
        <w:p w14:paraId="3191835B" w14:textId="77777777" w:rsidR="002704EC" w:rsidRPr="000C3CCC" w:rsidRDefault="002704EC" w:rsidP="002704EC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36690DC1" w14:textId="77777777" w:rsidR="002704EC" w:rsidRPr="000C3CCC" w:rsidRDefault="002704EC" w:rsidP="002704EC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77417AD4" w14:textId="77777777" w:rsidR="002704EC" w:rsidRPr="00467A4A" w:rsidRDefault="002704EC" w:rsidP="002704EC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ワード数：82語</w:t>
          </w:r>
        </w:p>
      </w:tc>
    </w:tr>
    <w:tr w:rsidR="002704EC" w14:paraId="11659D3F" w14:textId="77777777" w:rsidTr="002C1C5F">
      <w:tc>
        <w:tcPr>
          <w:tcW w:w="1587" w:type="pct"/>
          <w:shd w:val="clear" w:color="auto" w:fill="D9D9D9" w:themeFill="background1" w:themeFillShade="D9"/>
        </w:tcPr>
        <w:p w14:paraId="1DE69E8B" w14:textId="77777777" w:rsidR="002704EC" w:rsidRPr="000C3CCC" w:rsidRDefault="002704EC" w:rsidP="002704EC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5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335CFB16" w14:textId="77777777" w:rsidR="002704EC" w:rsidRPr="000C3CCC" w:rsidRDefault="002704EC" w:rsidP="002704EC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11194480" w14:textId="77777777" w:rsidR="002704EC" w:rsidRPr="00467A4A" w:rsidRDefault="002704EC" w:rsidP="002704EC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p.38～45</w:t>
          </w:r>
        </w:p>
      </w:tc>
    </w:tr>
  </w:tbl>
  <w:p w14:paraId="4B3D0B6C" w14:textId="77777777" w:rsidR="00B81828" w:rsidRPr="00B81828" w:rsidRDefault="00B81828" w:rsidP="00B81828">
    <w:pPr>
      <w:pStyle w:val="a5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978"/>
    <w:rsid w:val="00034616"/>
    <w:rsid w:val="00034935"/>
    <w:rsid w:val="00042C27"/>
    <w:rsid w:val="0006063C"/>
    <w:rsid w:val="000872EF"/>
    <w:rsid w:val="000B16F3"/>
    <w:rsid w:val="000C3CCC"/>
    <w:rsid w:val="000D1B24"/>
    <w:rsid w:val="000F29C3"/>
    <w:rsid w:val="000F5245"/>
    <w:rsid w:val="0011374E"/>
    <w:rsid w:val="0015074B"/>
    <w:rsid w:val="00153B11"/>
    <w:rsid w:val="001A3CA7"/>
    <w:rsid w:val="001B6C06"/>
    <w:rsid w:val="001B7E1D"/>
    <w:rsid w:val="001E0CB4"/>
    <w:rsid w:val="00231CF0"/>
    <w:rsid w:val="002704EC"/>
    <w:rsid w:val="00271699"/>
    <w:rsid w:val="0029639D"/>
    <w:rsid w:val="002A2EF8"/>
    <w:rsid w:val="002A5593"/>
    <w:rsid w:val="002C2BEE"/>
    <w:rsid w:val="002F3F32"/>
    <w:rsid w:val="00301D1E"/>
    <w:rsid w:val="0031576A"/>
    <w:rsid w:val="00323F07"/>
    <w:rsid w:val="00326F90"/>
    <w:rsid w:val="00337552"/>
    <w:rsid w:val="00363A0F"/>
    <w:rsid w:val="00384068"/>
    <w:rsid w:val="00393CD5"/>
    <w:rsid w:val="003A6E38"/>
    <w:rsid w:val="003C62BB"/>
    <w:rsid w:val="003C6605"/>
    <w:rsid w:val="00411AEB"/>
    <w:rsid w:val="00412AF5"/>
    <w:rsid w:val="00421258"/>
    <w:rsid w:val="00426BDE"/>
    <w:rsid w:val="00451F62"/>
    <w:rsid w:val="00467A4A"/>
    <w:rsid w:val="00490222"/>
    <w:rsid w:val="00502F3B"/>
    <w:rsid w:val="00527609"/>
    <w:rsid w:val="005305BC"/>
    <w:rsid w:val="00547174"/>
    <w:rsid w:val="005A75D9"/>
    <w:rsid w:val="006209D2"/>
    <w:rsid w:val="00623997"/>
    <w:rsid w:val="007059D3"/>
    <w:rsid w:val="0074185E"/>
    <w:rsid w:val="00756415"/>
    <w:rsid w:val="007D3BD5"/>
    <w:rsid w:val="00802147"/>
    <w:rsid w:val="00811E41"/>
    <w:rsid w:val="00831BF7"/>
    <w:rsid w:val="00837658"/>
    <w:rsid w:val="00840B1A"/>
    <w:rsid w:val="0085108F"/>
    <w:rsid w:val="00853225"/>
    <w:rsid w:val="008E2A0B"/>
    <w:rsid w:val="008E44D9"/>
    <w:rsid w:val="008E74B3"/>
    <w:rsid w:val="00936042"/>
    <w:rsid w:val="00952210"/>
    <w:rsid w:val="00973083"/>
    <w:rsid w:val="009A7FEE"/>
    <w:rsid w:val="009C2DB0"/>
    <w:rsid w:val="009C70DC"/>
    <w:rsid w:val="009E60D0"/>
    <w:rsid w:val="009E737C"/>
    <w:rsid w:val="00A6260E"/>
    <w:rsid w:val="00A861CE"/>
    <w:rsid w:val="00AA1D8D"/>
    <w:rsid w:val="00AA73C1"/>
    <w:rsid w:val="00AC74CD"/>
    <w:rsid w:val="00AF046B"/>
    <w:rsid w:val="00B0268E"/>
    <w:rsid w:val="00B0687C"/>
    <w:rsid w:val="00B0767F"/>
    <w:rsid w:val="00B33020"/>
    <w:rsid w:val="00B45FC2"/>
    <w:rsid w:val="00B47730"/>
    <w:rsid w:val="00B5311E"/>
    <w:rsid w:val="00B63EFD"/>
    <w:rsid w:val="00B81828"/>
    <w:rsid w:val="00B8479E"/>
    <w:rsid w:val="00BD4333"/>
    <w:rsid w:val="00C22785"/>
    <w:rsid w:val="00C2692F"/>
    <w:rsid w:val="00C84D84"/>
    <w:rsid w:val="00CB0664"/>
    <w:rsid w:val="00CC0839"/>
    <w:rsid w:val="00CD7390"/>
    <w:rsid w:val="00CF3804"/>
    <w:rsid w:val="00D05512"/>
    <w:rsid w:val="00D22954"/>
    <w:rsid w:val="00D40E9B"/>
    <w:rsid w:val="00D41107"/>
    <w:rsid w:val="00D62DAF"/>
    <w:rsid w:val="00D80BF7"/>
    <w:rsid w:val="00DA131B"/>
    <w:rsid w:val="00DA548B"/>
    <w:rsid w:val="00DD3CCA"/>
    <w:rsid w:val="00DE5A77"/>
    <w:rsid w:val="00E10B35"/>
    <w:rsid w:val="00E14B6A"/>
    <w:rsid w:val="00E15D0D"/>
    <w:rsid w:val="00E246AD"/>
    <w:rsid w:val="00E631AD"/>
    <w:rsid w:val="00E6581E"/>
    <w:rsid w:val="00E67A33"/>
    <w:rsid w:val="00E7525A"/>
    <w:rsid w:val="00E92342"/>
    <w:rsid w:val="00EB1507"/>
    <w:rsid w:val="00EC2A19"/>
    <w:rsid w:val="00F13E2D"/>
    <w:rsid w:val="00F83033"/>
    <w:rsid w:val="00FB0517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2025-08-07T08:41:00Z</cp:lastPrinted>
  <dcterms:created xsi:type="dcterms:W3CDTF">2025-09-09T10:08:00Z</dcterms:created>
  <dcterms:modified xsi:type="dcterms:W3CDTF">2025-09-09T10:08:00Z</dcterms:modified>
  <cp:category/>
</cp:coreProperties>
</file>