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D7C78" w14:textId="77777777" w:rsidR="00057347" w:rsidRPr="004054E3" w:rsidRDefault="00057347" w:rsidP="00057347">
      <w:pPr>
        <w:pStyle w:val="aa"/>
        <w:rPr>
          <w:sz w:val="24"/>
          <w:szCs w:val="24"/>
          <w:lang w:eastAsia="ja-JP"/>
        </w:rPr>
      </w:pPr>
      <w:r w:rsidRPr="004054E3">
        <w:rPr>
          <w:rFonts w:hint="eastAsia"/>
          <w:sz w:val="24"/>
          <w:szCs w:val="24"/>
          <w:lang w:eastAsia="ja-JP"/>
        </w:rPr>
        <w:t>日本語にしな</w:t>
      </w:r>
      <w:r w:rsidRPr="004054E3">
        <w:rPr>
          <w:sz w:val="24"/>
          <w:szCs w:val="24"/>
          <w:lang w:eastAsia="ja-JP"/>
        </w:rPr>
        <w:t>さい</w:t>
      </w:r>
    </w:p>
    <w:p w14:paraId="30DCF7B0" w14:textId="77777777" w:rsidR="00057347" w:rsidRDefault="00057347" w:rsidP="00057347">
      <w:pPr>
        <w:rPr>
          <w:rFonts w:ascii="Century Schoolbook" w:hAnsi="Century Schoolbook" w:cs="Times New Roman"/>
          <w:sz w:val="24"/>
          <w:lang w:eastAsia="ja-JP"/>
        </w:rPr>
      </w:pPr>
      <w:r w:rsidRPr="00F354A6">
        <w:rPr>
          <w:rFonts w:ascii="Century Schoolbook" w:hAnsi="Century Schoolbook" w:cs="Times New Roman" w:hint="eastAsia"/>
          <w:sz w:val="24"/>
          <w:lang w:eastAsia="ja-JP"/>
        </w:rPr>
        <w:t>①</w:t>
      </w:r>
      <w:r w:rsidRPr="00F354A6">
        <w:rPr>
          <w:rFonts w:ascii="Century Schoolbook" w:hAnsi="Century Schoolbook" w:cs="Times New Roman" w:hint="eastAsia"/>
          <w:sz w:val="24"/>
          <w:lang w:eastAsia="ja-JP"/>
        </w:rPr>
        <w:t xml:space="preserve"> Aki has a dog.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F354A6">
        <w:rPr>
          <w:rFonts w:ascii="Century Schoolbook" w:hAnsi="Century Schoolbook" w:cs="Times New Roman" w:hint="eastAsia"/>
          <w:sz w:val="24"/>
          <w:lang w:eastAsia="ja-JP"/>
        </w:rPr>
        <w:t>②</w:t>
      </w:r>
      <w:r w:rsidRPr="00F354A6">
        <w:rPr>
          <w:rFonts w:ascii="Century Schoolbook" w:hAnsi="Century Schoolbook" w:cs="Times New Roman" w:hint="eastAsia"/>
          <w:sz w:val="24"/>
          <w:lang w:eastAsia="ja-JP"/>
        </w:rPr>
        <w:t xml:space="preserve"> There are a lot of things to do for him.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F354A6">
        <w:rPr>
          <w:rFonts w:ascii="Century Schoolbook" w:hAnsi="Century Schoolbook" w:cs="Times New Roman" w:hint="eastAsia"/>
          <w:sz w:val="24"/>
          <w:lang w:eastAsia="ja-JP"/>
        </w:rPr>
        <w:t>③</w:t>
      </w:r>
      <w:r w:rsidRPr="00F354A6">
        <w:rPr>
          <w:rFonts w:ascii="Century Schoolbook" w:hAnsi="Century Schoolbook" w:cs="Times New Roman" w:hint="eastAsia"/>
          <w:sz w:val="24"/>
          <w:lang w:eastAsia="ja-JP"/>
        </w:rPr>
        <w:t xml:space="preserve"> But he</w:t>
      </w:r>
      <w:r>
        <w:rPr>
          <w:rFonts w:ascii="Century Schoolbook" w:hAnsi="Century Schoolbook" w:cs="Times New Roman"/>
          <w:sz w:val="24"/>
          <w:lang w:eastAsia="ja-JP"/>
        </w:rPr>
        <w:t>’</w:t>
      </w:r>
      <w:r w:rsidRPr="00F354A6">
        <w:rPr>
          <w:rFonts w:ascii="Century Schoolbook" w:hAnsi="Century Schoolbook" w:cs="Times New Roman" w:hint="eastAsia"/>
          <w:sz w:val="24"/>
          <w:lang w:eastAsia="ja-JP"/>
        </w:rPr>
        <w:t>s a member of her family.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F354A6">
        <w:rPr>
          <w:rFonts w:ascii="Century Schoolbook" w:hAnsi="Century Schoolbook" w:cs="Times New Roman" w:hint="eastAsia"/>
          <w:sz w:val="24"/>
          <w:lang w:eastAsia="ja-JP"/>
        </w:rPr>
        <w:t>④</w:t>
      </w:r>
      <w:r w:rsidRPr="00F354A6">
        <w:rPr>
          <w:rFonts w:ascii="Century Schoolbook" w:hAnsi="Century Schoolbook" w:cs="Times New Roman" w:hint="eastAsia"/>
          <w:sz w:val="24"/>
          <w:lang w:eastAsia="ja-JP"/>
        </w:rPr>
        <w:t xml:space="preserve"> She likes to take care of him.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F354A6">
        <w:rPr>
          <w:rFonts w:ascii="Century Schoolbook" w:hAnsi="Century Schoolbook" w:cs="Times New Roman" w:hint="eastAsia"/>
          <w:sz w:val="24"/>
          <w:lang w:eastAsia="ja-JP"/>
        </w:rPr>
        <w:t>⑤</w:t>
      </w:r>
      <w:r w:rsidRPr="00F354A6">
        <w:rPr>
          <w:rFonts w:ascii="Century Schoolbook" w:hAnsi="Century Schoolbook" w:cs="Times New Roman" w:hint="eastAsia"/>
          <w:sz w:val="24"/>
          <w:lang w:eastAsia="ja-JP"/>
        </w:rPr>
        <w:t xml:space="preserve"> Her friend, Tom wants a dog, but his mother doesn</w:t>
      </w:r>
      <w:r>
        <w:rPr>
          <w:rFonts w:ascii="Century Schoolbook" w:hAnsi="Century Schoolbook" w:cs="Times New Roman"/>
          <w:sz w:val="24"/>
          <w:lang w:eastAsia="ja-JP"/>
        </w:rPr>
        <w:t>’</w:t>
      </w:r>
      <w:r w:rsidRPr="00F354A6">
        <w:rPr>
          <w:rFonts w:ascii="Century Schoolbook" w:hAnsi="Century Schoolbook" w:cs="Times New Roman" w:hint="eastAsia"/>
          <w:sz w:val="24"/>
          <w:lang w:eastAsia="ja-JP"/>
        </w:rPr>
        <w:t>t.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F354A6">
        <w:rPr>
          <w:rFonts w:ascii="Century Schoolbook" w:hAnsi="Century Schoolbook" w:cs="Times New Roman" w:hint="eastAsia"/>
          <w:sz w:val="24"/>
          <w:lang w:eastAsia="ja-JP"/>
        </w:rPr>
        <w:t>⑥</w:t>
      </w:r>
      <w:r w:rsidRPr="00F354A6">
        <w:rPr>
          <w:rFonts w:ascii="Century Schoolbook" w:hAnsi="Century Schoolbook" w:cs="Times New Roman" w:hint="eastAsia"/>
          <w:sz w:val="24"/>
          <w:lang w:eastAsia="ja-JP"/>
        </w:rPr>
        <w:t xml:space="preserve"> His mother thinks, </w:t>
      </w:r>
      <w:r w:rsidRPr="00F354A6">
        <w:rPr>
          <w:rFonts w:ascii="Century Schoolbook" w:hAnsi="Century Schoolbook" w:cs="Times New Roman" w:hint="eastAsia"/>
          <w:sz w:val="24"/>
          <w:lang w:eastAsia="ja-JP"/>
        </w:rPr>
        <w:t>“</w:t>
      </w:r>
      <w:r w:rsidRPr="00F354A6">
        <w:rPr>
          <w:rFonts w:ascii="Century Schoolbook" w:hAnsi="Century Schoolbook" w:cs="Times New Roman" w:hint="eastAsia"/>
          <w:sz w:val="24"/>
          <w:lang w:eastAsia="ja-JP"/>
        </w:rPr>
        <w:t>We can</w:t>
      </w:r>
      <w:r>
        <w:rPr>
          <w:rFonts w:ascii="Century Schoolbook" w:hAnsi="Century Schoolbook" w:cs="Times New Roman"/>
          <w:sz w:val="24"/>
          <w:lang w:eastAsia="ja-JP"/>
        </w:rPr>
        <w:t>’</w:t>
      </w:r>
      <w:r w:rsidRPr="00F354A6">
        <w:rPr>
          <w:rFonts w:ascii="Century Schoolbook" w:hAnsi="Century Schoolbook" w:cs="Times New Roman" w:hint="eastAsia"/>
          <w:sz w:val="24"/>
          <w:lang w:eastAsia="ja-JP"/>
        </w:rPr>
        <w:t>t take a dog on our family trip.</w:t>
      </w:r>
      <w:r w:rsidRPr="00F354A6">
        <w:rPr>
          <w:rFonts w:ascii="Century Schoolbook" w:hAnsi="Century Schoolbook" w:cs="Times New Roman" w:hint="eastAsia"/>
          <w:sz w:val="24"/>
          <w:lang w:eastAsia="ja-JP"/>
        </w:rPr>
        <w:t>”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F354A6">
        <w:rPr>
          <w:rFonts w:ascii="Century Schoolbook" w:hAnsi="Century Schoolbook" w:cs="Times New Roman" w:hint="eastAsia"/>
          <w:sz w:val="24"/>
          <w:lang w:eastAsia="ja-JP"/>
        </w:rPr>
        <w:t>⑦</w:t>
      </w:r>
      <w:r w:rsidRPr="00F354A6">
        <w:rPr>
          <w:rFonts w:ascii="Century Schoolbook" w:hAnsi="Century Schoolbook" w:cs="Times New Roman" w:hint="eastAsia"/>
          <w:sz w:val="24"/>
          <w:lang w:eastAsia="ja-JP"/>
        </w:rPr>
        <w:t xml:space="preserve"> Aki said to Tom,</w:t>
      </w:r>
      <w:r>
        <w:rPr>
          <w:rFonts w:ascii="Century Schoolbook" w:hAnsi="Century Schoolbook" w:cs="Times New Roman"/>
          <w:sz w:val="24"/>
          <w:lang w:eastAsia="ja-JP"/>
        </w:rPr>
        <w:br/>
      </w:r>
      <w:r>
        <w:rPr>
          <w:rFonts w:ascii="Century Schoolbook" w:hAnsi="Century Schoolbook" w:cs="Times New Roman" w:hint="eastAsia"/>
          <w:sz w:val="24"/>
          <w:lang w:eastAsia="ja-JP"/>
        </w:rPr>
        <w:t>⑧</w:t>
      </w:r>
      <w:r w:rsidRPr="00F354A6"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F354A6">
        <w:rPr>
          <w:rFonts w:ascii="Century Schoolbook" w:hAnsi="Century Schoolbook" w:cs="Times New Roman" w:hint="eastAsia"/>
          <w:sz w:val="24"/>
          <w:lang w:eastAsia="ja-JP"/>
        </w:rPr>
        <w:t>“</w:t>
      </w:r>
      <w:r w:rsidRPr="00F354A6">
        <w:rPr>
          <w:rFonts w:ascii="Century Schoolbook" w:hAnsi="Century Schoolbook" w:cs="Times New Roman" w:hint="eastAsia"/>
          <w:sz w:val="24"/>
          <w:lang w:eastAsia="ja-JP"/>
        </w:rPr>
        <w:t>I have a good idea to tell her.</w:t>
      </w:r>
      <w:r>
        <w:rPr>
          <w:rFonts w:ascii="Century Schoolbook" w:hAnsi="Century Schoolbook" w:cs="Times New Roman"/>
          <w:sz w:val="24"/>
          <w:lang w:eastAsia="ja-JP"/>
        </w:rPr>
        <w:br/>
      </w:r>
      <w:r>
        <w:rPr>
          <w:rFonts w:ascii="Century Schoolbook" w:hAnsi="Century Schoolbook" w:cs="Times New Roman" w:hint="eastAsia"/>
          <w:sz w:val="24"/>
          <w:lang w:eastAsia="ja-JP"/>
        </w:rPr>
        <w:t>⑨</w:t>
      </w:r>
      <w:r w:rsidRPr="00F354A6">
        <w:rPr>
          <w:rFonts w:ascii="Century Schoolbook" w:hAnsi="Century Schoolbook" w:cs="Times New Roman" w:hint="eastAsia"/>
          <w:sz w:val="24"/>
          <w:lang w:eastAsia="ja-JP"/>
        </w:rPr>
        <w:t xml:space="preserve"> There</w:t>
      </w:r>
      <w:r>
        <w:rPr>
          <w:rFonts w:ascii="Century Schoolbook" w:hAnsi="Century Schoolbook" w:cs="Times New Roman"/>
          <w:sz w:val="24"/>
          <w:lang w:eastAsia="ja-JP"/>
        </w:rPr>
        <w:t>’</w:t>
      </w:r>
      <w:r w:rsidRPr="00F354A6">
        <w:rPr>
          <w:rFonts w:ascii="Century Schoolbook" w:hAnsi="Century Schoolbook" w:cs="Times New Roman" w:hint="eastAsia"/>
          <w:sz w:val="24"/>
          <w:lang w:eastAsia="ja-JP"/>
        </w:rPr>
        <w:t>s a wonderful animal hotel in our city.</w:t>
      </w:r>
      <w:r>
        <w:rPr>
          <w:rFonts w:ascii="Century Schoolbook" w:hAnsi="Century Schoolbook" w:cs="Times New Roman"/>
          <w:sz w:val="24"/>
          <w:lang w:eastAsia="ja-JP"/>
        </w:rPr>
        <w:br/>
      </w:r>
      <w:r>
        <w:rPr>
          <w:rFonts w:ascii="Century Schoolbook" w:hAnsi="Century Schoolbook" w:cs="Times New Roman" w:hint="eastAsia"/>
          <w:sz w:val="24"/>
          <w:lang w:eastAsia="ja-JP"/>
        </w:rPr>
        <w:t>⑩</w:t>
      </w:r>
      <w:r w:rsidRPr="00F354A6">
        <w:rPr>
          <w:rFonts w:ascii="Century Schoolbook" w:hAnsi="Century Schoolbook" w:cs="Times New Roman" w:hint="eastAsia"/>
          <w:sz w:val="24"/>
          <w:lang w:eastAsia="ja-JP"/>
        </w:rPr>
        <w:t xml:space="preserve"> During the trip, your pet can stay there.</w:t>
      </w:r>
      <w:r w:rsidRPr="00F354A6">
        <w:rPr>
          <w:rFonts w:ascii="Century Schoolbook" w:hAnsi="Century Schoolbook" w:cs="Times New Roman" w:hint="eastAsia"/>
          <w:sz w:val="24"/>
          <w:lang w:eastAsia="ja-JP"/>
        </w:rPr>
        <w:t>”</w:t>
      </w:r>
    </w:p>
    <w:tbl>
      <w:tblPr>
        <w:tblStyle w:val="afe"/>
        <w:tblW w:w="0" w:type="auto"/>
        <w:tblInd w:w="9" w:type="dxa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55"/>
      </w:tblGrid>
      <w:tr w:rsidR="00057347" w14:paraId="1232598E" w14:textId="77777777" w:rsidTr="002C1C5F">
        <w:trPr>
          <w:trHeight w:val="567"/>
        </w:trPr>
        <w:tc>
          <w:tcPr>
            <w:tcW w:w="8362" w:type="dxa"/>
          </w:tcPr>
          <w:p w14:paraId="2816EA97" w14:textId="77777777" w:rsidR="00057347" w:rsidRDefault="00057347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057347" w14:paraId="6155DFE9" w14:textId="77777777" w:rsidTr="002C1C5F">
        <w:trPr>
          <w:trHeight w:val="567"/>
        </w:trPr>
        <w:tc>
          <w:tcPr>
            <w:tcW w:w="8362" w:type="dxa"/>
          </w:tcPr>
          <w:p w14:paraId="30A266FE" w14:textId="77777777" w:rsidR="00057347" w:rsidRDefault="00057347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057347" w14:paraId="464D29F6" w14:textId="77777777" w:rsidTr="002C1C5F">
        <w:trPr>
          <w:trHeight w:val="567"/>
        </w:trPr>
        <w:tc>
          <w:tcPr>
            <w:tcW w:w="8362" w:type="dxa"/>
          </w:tcPr>
          <w:p w14:paraId="367BCBFB" w14:textId="77777777" w:rsidR="00057347" w:rsidRDefault="00057347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057347" w14:paraId="1B87CD31" w14:textId="77777777" w:rsidTr="002C1C5F">
        <w:trPr>
          <w:trHeight w:val="567"/>
        </w:trPr>
        <w:tc>
          <w:tcPr>
            <w:tcW w:w="8362" w:type="dxa"/>
          </w:tcPr>
          <w:p w14:paraId="194F8AAD" w14:textId="77777777" w:rsidR="00057347" w:rsidRDefault="00057347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057347" w14:paraId="3EB26130" w14:textId="77777777" w:rsidTr="002C1C5F">
        <w:trPr>
          <w:trHeight w:val="567"/>
        </w:trPr>
        <w:tc>
          <w:tcPr>
            <w:tcW w:w="8362" w:type="dxa"/>
          </w:tcPr>
          <w:p w14:paraId="43D78912" w14:textId="77777777" w:rsidR="00057347" w:rsidRDefault="00057347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057347" w14:paraId="365355F7" w14:textId="77777777" w:rsidTr="002C1C5F">
        <w:trPr>
          <w:trHeight w:val="567"/>
        </w:trPr>
        <w:tc>
          <w:tcPr>
            <w:tcW w:w="8362" w:type="dxa"/>
          </w:tcPr>
          <w:p w14:paraId="5C474C9F" w14:textId="77777777" w:rsidR="00057347" w:rsidRDefault="00057347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057347" w14:paraId="79D848BE" w14:textId="77777777" w:rsidTr="002C1C5F">
        <w:trPr>
          <w:trHeight w:val="567"/>
        </w:trPr>
        <w:tc>
          <w:tcPr>
            <w:tcW w:w="8362" w:type="dxa"/>
          </w:tcPr>
          <w:p w14:paraId="3615B548" w14:textId="77777777" w:rsidR="00057347" w:rsidRDefault="00057347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057347" w14:paraId="32DB2B62" w14:textId="77777777" w:rsidTr="002C1C5F">
        <w:trPr>
          <w:trHeight w:val="567"/>
        </w:trPr>
        <w:tc>
          <w:tcPr>
            <w:tcW w:w="8362" w:type="dxa"/>
          </w:tcPr>
          <w:p w14:paraId="796BAD10" w14:textId="77777777" w:rsidR="00057347" w:rsidRDefault="00057347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057347" w14:paraId="5D6D7B88" w14:textId="77777777" w:rsidTr="002C1C5F">
        <w:trPr>
          <w:trHeight w:val="567"/>
        </w:trPr>
        <w:tc>
          <w:tcPr>
            <w:tcW w:w="8362" w:type="dxa"/>
          </w:tcPr>
          <w:p w14:paraId="1D1C3016" w14:textId="77777777" w:rsidR="00057347" w:rsidRDefault="00057347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057347" w14:paraId="58DD427D" w14:textId="77777777" w:rsidTr="002C1C5F">
        <w:trPr>
          <w:trHeight w:val="567"/>
        </w:trPr>
        <w:tc>
          <w:tcPr>
            <w:tcW w:w="8362" w:type="dxa"/>
          </w:tcPr>
          <w:p w14:paraId="4C28EB72" w14:textId="77777777" w:rsidR="00057347" w:rsidRDefault="00057347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057347" w14:paraId="04AD0A14" w14:textId="77777777" w:rsidTr="002C1C5F">
        <w:trPr>
          <w:trHeight w:val="567"/>
        </w:trPr>
        <w:tc>
          <w:tcPr>
            <w:tcW w:w="8362" w:type="dxa"/>
          </w:tcPr>
          <w:p w14:paraId="3B4C9997" w14:textId="77777777" w:rsidR="00057347" w:rsidRDefault="00057347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057347" w14:paraId="277943D5" w14:textId="77777777" w:rsidTr="002C1C5F">
        <w:trPr>
          <w:trHeight w:val="567"/>
        </w:trPr>
        <w:tc>
          <w:tcPr>
            <w:tcW w:w="8362" w:type="dxa"/>
          </w:tcPr>
          <w:p w14:paraId="7D685B08" w14:textId="77777777" w:rsidR="00057347" w:rsidRDefault="00057347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057347" w14:paraId="21156416" w14:textId="77777777" w:rsidTr="002C1C5F">
        <w:trPr>
          <w:trHeight w:val="567"/>
        </w:trPr>
        <w:tc>
          <w:tcPr>
            <w:tcW w:w="8362" w:type="dxa"/>
          </w:tcPr>
          <w:p w14:paraId="722C1B04" w14:textId="77777777" w:rsidR="00057347" w:rsidRDefault="00057347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</w:tbl>
    <w:p w14:paraId="4CAD6EBE" w14:textId="77777777" w:rsidR="00057347" w:rsidRDefault="00057347" w:rsidP="00057347">
      <w:pPr>
        <w:rPr>
          <w:lang w:eastAsia="ja-JP"/>
        </w:rPr>
        <w:sectPr w:rsidR="00057347" w:rsidSect="0005734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0318" w:h="14570" w:code="13"/>
          <w:pgMar w:top="1134" w:right="1077" w:bottom="851" w:left="1077" w:header="567" w:footer="567" w:gutter="0"/>
          <w:cols w:space="720"/>
          <w:docGrid w:linePitch="360"/>
        </w:sectPr>
      </w:pPr>
    </w:p>
    <w:p w14:paraId="347E4531" w14:textId="77777777" w:rsidR="00057347" w:rsidRPr="009408BE" w:rsidRDefault="00057347" w:rsidP="00057347">
      <w:pPr>
        <w:pStyle w:val="aa"/>
        <w:rPr>
          <w:sz w:val="22"/>
          <w:szCs w:val="22"/>
          <w:lang w:eastAsia="ja-JP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C673328" wp14:editId="5E224E49">
            <wp:simplePos x="0" y="0"/>
            <wp:positionH relativeFrom="column">
              <wp:posOffset>4821555</wp:posOffset>
            </wp:positionH>
            <wp:positionV relativeFrom="paragraph">
              <wp:posOffset>-134620</wp:posOffset>
            </wp:positionV>
            <wp:extent cx="360000" cy="360000"/>
            <wp:effectExtent l="0" t="0" r="2540" b="2540"/>
            <wp:wrapNone/>
            <wp:docPr id="207575937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759373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54E3">
        <w:rPr>
          <w:rFonts w:hint="eastAsia"/>
          <w:sz w:val="24"/>
          <w:szCs w:val="24"/>
          <w:lang w:eastAsia="ja-JP"/>
        </w:rPr>
        <w:t>英語にしな</w:t>
      </w:r>
      <w:r w:rsidRPr="004054E3">
        <w:rPr>
          <w:sz w:val="24"/>
          <w:szCs w:val="24"/>
          <w:lang w:eastAsia="ja-JP"/>
        </w:rPr>
        <w:t>さい</w:t>
      </w:r>
      <w:r w:rsidRPr="004054E3">
        <w:rPr>
          <w:rFonts w:hint="eastAsia"/>
          <w:sz w:val="24"/>
          <w:szCs w:val="24"/>
          <w:lang w:eastAsia="ja-JP"/>
        </w:rPr>
        <w:t xml:space="preserve">　　</w:t>
      </w:r>
      <w:r>
        <w:rPr>
          <w:rFonts w:hint="eastAsia"/>
          <w:sz w:val="22"/>
          <w:szCs w:val="22"/>
          <w:lang w:eastAsia="ja-JP"/>
        </w:rPr>
        <w:t xml:space="preserve">　　　　　　　　　　</w:t>
      </w:r>
    </w:p>
    <w:p w14:paraId="6B313E4B" w14:textId="77777777" w:rsidR="00057347" w:rsidRPr="0098484B" w:rsidRDefault="00057347" w:rsidP="00057347">
      <w:pPr>
        <w:rPr>
          <w:rFonts w:ascii="Century Schoolbook" w:hAnsi="Century Schoolbook" w:cs="Times New Roman"/>
          <w:szCs w:val="21"/>
          <w:lang w:eastAsia="ja-JP"/>
        </w:rPr>
      </w:pPr>
      <w:r w:rsidRPr="00723EC1">
        <w:rPr>
          <w:rFonts w:ascii="Century Schoolbook" w:hAnsi="Century Schoolbook" w:cs="Times New Roman" w:hint="eastAsia"/>
          <w:sz w:val="21"/>
          <w:szCs w:val="20"/>
          <w:lang w:eastAsia="ja-JP"/>
        </w:rPr>
        <w:t>①</w:t>
      </w:r>
      <w:r w:rsidRPr="00723EC1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723EC1">
        <w:rPr>
          <w:rFonts w:ascii="Century Schoolbook" w:hAnsi="Century Schoolbook" w:cs="Times New Roman" w:hint="eastAsia"/>
          <w:sz w:val="21"/>
          <w:szCs w:val="20"/>
          <w:lang w:eastAsia="ja-JP"/>
        </w:rPr>
        <w:t>アキはイヌを飼っています。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723EC1">
        <w:rPr>
          <w:rFonts w:ascii="Century Schoolbook" w:hAnsi="Century Schoolbook" w:cs="Times New Roman" w:hint="eastAsia"/>
          <w:sz w:val="21"/>
          <w:szCs w:val="20"/>
          <w:lang w:eastAsia="ja-JP"/>
        </w:rPr>
        <w:t>②</w:t>
      </w:r>
      <w:r w:rsidRPr="00723EC1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723EC1">
        <w:rPr>
          <w:rFonts w:ascii="Century Schoolbook" w:hAnsi="Century Schoolbook" w:cs="Times New Roman" w:hint="eastAsia"/>
          <w:sz w:val="21"/>
          <w:szCs w:val="20"/>
          <w:lang w:eastAsia="ja-JP"/>
        </w:rPr>
        <w:t>彼のためにするべきことがたくさんあります。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723EC1">
        <w:rPr>
          <w:rFonts w:ascii="Century Schoolbook" w:hAnsi="Century Schoolbook" w:cs="Times New Roman" w:hint="eastAsia"/>
          <w:sz w:val="21"/>
          <w:szCs w:val="20"/>
          <w:lang w:eastAsia="ja-JP"/>
        </w:rPr>
        <w:t>③</w:t>
      </w:r>
      <w:r w:rsidRPr="00723EC1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723EC1">
        <w:rPr>
          <w:rFonts w:ascii="Century Schoolbook" w:hAnsi="Century Schoolbook" w:cs="Times New Roman" w:hint="eastAsia"/>
          <w:sz w:val="21"/>
          <w:szCs w:val="20"/>
          <w:lang w:eastAsia="ja-JP"/>
        </w:rPr>
        <w:t>しかし、彼は家族の一員です。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723EC1">
        <w:rPr>
          <w:rFonts w:ascii="Century Schoolbook" w:hAnsi="Century Schoolbook" w:cs="Times New Roman" w:hint="eastAsia"/>
          <w:sz w:val="21"/>
          <w:szCs w:val="20"/>
          <w:lang w:eastAsia="ja-JP"/>
        </w:rPr>
        <w:t>④</w:t>
      </w:r>
      <w:r w:rsidRPr="00723EC1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723EC1">
        <w:rPr>
          <w:rFonts w:ascii="Century Schoolbook" w:hAnsi="Century Schoolbook" w:cs="Times New Roman" w:hint="eastAsia"/>
          <w:sz w:val="21"/>
          <w:szCs w:val="20"/>
          <w:lang w:eastAsia="ja-JP"/>
        </w:rPr>
        <w:t>彼女は彼の世話をするのが好きです。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723EC1">
        <w:rPr>
          <w:rFonts w:ascii="Century Schoolbook" w:hAnsi="Century Schoolbook" w:cs="Times New Roman" w:hint="eastAsia"/>
          <w:sz w:val="21"/>
          <w:szCs w:val="20"/>
          <w:lang w:eastAsia="ja-JP"/>
        </w:rPr>
        <w:t>⑤</w:t>
      </w:r>
      <w:r w:rsidRPr="00723EC1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723EC1">
        <w:rPr>
          <w:rFonts w:ascii="Century Schoolbook" w:hAnsi="Century Schoolbook" w:cs="Times New Roman" w:hint="eastAsia"/>
          <w:w w:val="95"/>
          <w:sz w:val="21"/>
          <w:szCs w:val="20"/>
          <w:lang w:eastAsia="ja-JP"/>
        </w:rPr>
        <w:t>彼女の友達のトムはイヌをほしがっていますが、彼のお母さんはほしがっていません。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723EC1">
        <w:rPr>
          <w:rFonts w:ascii="Century Schoolbook" w:hAnsi="Century Schoolbook" w:cs="Times New Roman" w:hint="eastAsia"/>
          <w:sz w:val="21"/>
          <w:szCs w:val="20"/>
          <w:lang w:eastAsia="ja-JP"/>
        </w:rPr>
        <w:t>⑥</w:t>
      </w:r>
      <w:r w:rsidRPr="00723EC1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723EC1">
        <w:rPr>
          <w:rFonts w:ascii="Century Schoolbook" w:hAnsi="Century Schoolbook" w:cs="Times New Roman" w:hint="eastAsia"/>
          <w:sz w:val="21"/>
          <w:szCs w:val="20"/>
          <w:lang w:eastAsia="ja-JP"/>
        </w:rPr>
        <w:t>彼のお母さんは、「イヌを家族旅行に連れて行けない」と思っています。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723EC1">
        <w:rPr>
          <w:rFonts w:ascii="Century Schoolbook" w:hAnsi="Century Schoolbook" w:cs="Times New Roman" w:hint="eastAsia"/>
          <w:sz w:val="21"/>
          <w:szCs w:val="20"/>
          <w:lang w:eastAsia="ja-JP"/>
        </w:rPr>
        <w:t>⑦</w:t>
      </w:r>
      <w:r w:rsidRPr="00723EC1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723EC1">
        <w:rPr>
          <w:rFonts w:ascii="Century Schoolbook" w:hAnsi="Century Schoolbook" w:cs="Times New Roman" w:hint="eastAsia"/>
          <w:sz w:val="21"/>
          <w:szCs w:val="20"/>
          <w:lang w:eastAsia="ja-JP"/>
        </w:rPr>
        <w:t>アキはトムに話しました</w:t>
      </w:r>
      <w:r>
        <w:rPr>
          <w:rFonts w:ascii="Century Schoolbook" w:hAnsi="Century Schoolbook" w:cs="Times New Roman" w:hint="eastAsia"/>
          <w:sz w:val="21"/>
          <w:szCs w:val="20"/>
          <w:lang w:eastAsia="ja-JP"/>
        </w:rPr>
        <w:t>、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>
        <w:rPr>
          <w:rFonts w:ascii="Century Schoolbook" w:hAnsi="Century Schoolbook" w:cs="Times New Roman" w:hint="eastAsia"/>
          <w:sz w:val="21"/>
          <w:szCs w:val="20"/>
          <w:lang w:eastAsia="ja-JP"/>
        </w:rPr>
        <w:t>⑧</w:t>
      </w:r>
      <w:r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723EC1">
        <w:rPr>
          <w:rFonts w:ascii="Century Schoolbook" w:hAnsi="Century Schoolbook" w:cs="Times New Roman" w:hint="eastAsia"/>
          <w:sz w:val="21"/>
          <w:szCs w:val="20"/>
          <w:lang w:eastAsia="ja-JP"/>
        </w:rPr>
        <w:t>「彼女に伝えるいい考えがあります。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>
        <w:rPr>
          <w:rFonts w:ascii="Century Schoolbook" w:hAnsi="Century Schoolbook" w:cs="Times New Roman" w:hint="eastAsia"/>
          <w:sz w:val="21"/>
          <w:szCs w:val="20"/>
          <w:lang w:eastAsia="ja-JP"/>
        </w:rPr>
        <w:t>⑨</w:t>
      </w:r>
      <w:r w:rsidRPr="00723EC1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723EC1">
        <w:rPr>
          <w:rFonts w:ascii="Century Schoolbook" w:hAnsi="Century Schoolbook" w:cs="Times New Roman" w:hint="eastAsia"/>
          <w:sz w:val="21"/>
          <w:szCs w:val="20"/>
          <w:lang w:eastAsia="ja-JP"/>
        </w:rPr>
        <w:t>私たちの市にはすてきな動物ホテルがあります。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>
        <w:rPr>
          <w:rFonts w:ascii="Century Schoolbook" w:hAnsi="Century Schoolbook" w:cs="Times New Roman" w:hint="eastAsia"/>
          <w:sz w:val="21"/>
          <w:szCs w:val="20"/>
          <w:lang w:eastAsia="ja-JP"/>
        </w:rPr>
        <w:t>⑩</w:t>
      </w:r>
      <w:r w:rsidRPr="00723EC1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723EC1">
        <w:rPr>
          <w:rFonts w:ascii="Century Schoolbook" w:hAnsi="Century Schoolbook" w:cs="Times New Roman" w:hint="eastAsia"/>
          <w:sz w:val="21"/>
          <w:szCs w:val="20"/>
          <w:lang w:eastAsia="ja-JP"/>
        </w:rPr>
        <w:t>旅行の間、あなたのペットはそこに泊まることができます。」</w:t>
      </w:r>
    </w:p>
    <w:tbl>
      <w:tblPr>
        <w:tblStyle w:val="afe"/>
        <w:tblW w:w="0" w:type="auto"/>
        <w:tblInd w:w="9" w:type="dxa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55"/>
      </w:tblGrid>
      <w:tr w:rsidR="00057347" w14:paraId="4E1CF5FB" w14:textId="77777777" w:rsidTr="00057347">
        <w:trPr>
          <w:trHeight w:val="567"/>
        </w:trPr>
        <w:tc>
          <w:tcPr>
            <w:tcW w:w="8155" w:type="dxa"/>
          </w:tcPr>
          <w:p w14:paraId="5B2FA6C0" w14:textId="77777777" w:rsidR="00057347" w:rsidRDefault="00057347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057347" w14:paraId="7B6AE72F" w14:textId="77777777" w:rsidTr="00057347">
        <w:trPr>
          <w:trHeight w:val="567"/>
        </w:trPr>
        <w:tc>
          <w:tcPr>
            <w:tcW w:w="8155" w:type="dxa"/>
          </w:tcPr>
          <w:p w14:paraId="48157D0B" w14:textId="77777777" w:rsidR="00057347" w:rsidRDefault="00057347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057347" w14:paraId="6A37FD4A" w14:textId="77777777" w:rsidTr="00057347">
        <w:trPr>
          <w:trHeight w:val="567"/>
        </w:trPr>
        <w:tc>
          <w:tcPr>
            <w:tcW w:w="8155" w:type="dxa"/>
          </w:tcPr>
          <w:p w14:paraId="6CFE1351" w14:textId="77777777" w:rsidR="00057347" w:rsidRDefault="00057347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057347" w14:paraId="01DA019F" w14:textId="77777777" w:rsidTr="00057347">
        <w:trPr>
          <w:trHeight w:val="567"/>
        </w:trPr>
        <w:tc>
          <w:tcPr>
            <w:tcW w:w="8155" w:type="dxa"/>
          </w:tcPr>
          <w:p w14:paraId="00FCEB42" w14:textId="77777777" w:rsidR="00057347" w:rsidRDefault="00057347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057347" w14:paraId="08725F2A" w14:textId="77777777" w:rsidTr="00057347">
        <w:trPr>
          <w:trHeight w:val="567"/>
        </w:trPr>
        <w:tc>
          <w:tcPr>
            <w:tcW w:w="8155" w:type="dxa"/>
          </w:tcPr>
          <w:p w14:paraId="237CDE8C" w14:textId="77777777" w:rsidR="00057347" w:rsidRDefault="00057347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057347" w14:paraId="35528F4D" w14:textId="77777777" w:rsidTr="00057347">
        <w:trPr>
          <w:trHeight w:val="567"/>
        </w:trPr>
        <w:tc>
          <w:tcPr>
            <w:tcW w:w="8155" w:type="dxa"/>
          </w:tcPr>
          <w:p w14:paraId="26B97F3A" w14:textId="77777777" w:rsidR="00057347" w:rsidRDefault="00057347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057347" w14:paraId="149F257B" w14:textId="77777777" w:rsidTr="00057347">
        <w:trPr>
          <w:trHeight w:val="567"/>
        </w:trPr>
        <w:tc>
          <w:tcPr>
            <w:tcW w:w="8155" w:type="dxa"/>
          </w:tcPr>
          <w:p w14:paraId="3B505A26" w14:textId="77777777" w:rsidR="00057347" w:rsidRDefault="00057347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057347" w14:paraId="62C6CE9F" w14:textId="77777777" w:rsidTr="00057347">
        <w:trPr>
          <w:trHeight w:val="567"/>
        </w:trPr>
        <w:tc>
          <w:tcPr>
            <w:tcW w:w="8155" w:type="dxa"/>
          </w:tcPr>
          <w:p w14:paraId="386DAE5C" w14:textId="77777777" w:rsidR="00057347" w:rsidRDefault="00057347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057347" w14:paraId="6F49DD01" w14:textId="77777777" w:rsidTr="00057347">
        <w:trPr>
          <w:trHeight w:val="567"/>
        </w:trPr>
        <w:tc>
          <w:tcPr>
            <w:tcW w:w="8155" w:type="dxa"/>
          </w:tcPr>
          <w:p w14:paraId="7FF1835F" w14:textId="77777777" w:rsidR="00057347" w:rsidRDefault="00057347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057347" w14:paraId="2AC10CF2" w14:textId="77777777" w:rsidTr="00057347">
        <w:trPr>
          <w:trHeight w:val="567"/>
        </w:trPr>
        <w:tc>
          <w:tcPr>
            <w:tcW w:w="8155" w:type="dxa"/>
          </w:tcPr>
          <w:p w14:paraId="7FB05530" w14:textId="77777777" w:rsidR="00057347" w:rsidRDefault="00057347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057347" w14:paraId="51A6B3D2" w14:textId="77777777" w:rsidTr="00057347">
        <w:trPr>
          <w:trHeight w:val="567"/>
        </w:trPr>
        <w:tc>
          <w:tcPr>
            <w:tcW w:w="8155" w:type="dxa"/>
          </w:tcPr>
          <w:p w14:paraId="4B1A7927" w14:textId="77777777" w:rsidR="00057347" w:rsidRDefault="00057347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057347" w14:paraId="4880E2BF" w14:textId="77777777" w:rsidTr="00057347">
        <w:trPr>
          <w:trHeight w:val="567"/>
        </w:trPr>
        <w:tc>
          <w:tcPr>
            <w:tcW w:w="8155" w:type="dxa"/>
          </w:tcPr>
          <w:p w14:paraId="034D534A" w14:textId="77777777" w:rsidR="00057347" w:rsidRDefault="00057347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057347" w14:paraId="5544686E" w14:textId="77777777" w:rsidTr="00057347">
        <w:trPr>
          <w:trHeight w:val="567"/>
        </w:trPr>
        <w:tc>
          <w:tcPr>
            <w:tcW w:w="8155" w:type="dxa"/>
          </w:tcPr>
          <w:p w14:paraId="1387A151" w14:textId="77777777" w:rsidR="00057347" w:rsidRPr="00DA4AB5" w:rsidRDefault="00057347" w:rsidP="002C1C5F">
            <w:pPr>
              <w:tabs>
                <w:tab w:val="left" w:pos="5051"/>
              </w:tabs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</w:tbl>
    <w:p w14:paraId="0AE39EFA" w14:textId="762AD00E" w:rsidR="001B7E1D" w:rsidRPr="00057347" w:rsidRDefault="001B7E1D" w:rsidP="00057347"/>
    <w:sectPr w:rsidR="001B7E1D" w:rsidRPr="00057347" w:rsidSect="00B81828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E1886" w14:textId="77777777" w:rsidR="00337552" w:rsidRDefault="00337552" w:rsidP="00831BF7">
      <w:pPr>
        <w:spacing w:after="0" w:line="240" w:lineRule="auto"/>
      </w:pPr>
      <w:r>
        <w:separator/>
      </w:r>
    </w:p>
  </w:endnote>
  <w:endnote w:type="continuationSeparator" w:id="0">
    <w:p w14:paraId="08D51BA1" w14:textId="77777777" w:rsidR="00337552" w:rsidRDefault="00337552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AFFE3" w14:textId="77777777" w:rsidR="00057347" w:rsidRDefault="00057347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F492B" w14:textId="77777777" w:rsidR="00057347" w:rsidRDefault="00057347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EBEB7" w14:textId="77777777" w:rsidR="00057347" w:rsidRDefault="00057347">
    <w:pPr>
      <w:pStyle w:val="a7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3B5BE" w14:textId="77777777" w:rsidR="00057347" w:rsidRDefault="00057347">
    <w:pPr>
      <w:pStyle w:val="a7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0E14E" w14:textId="77777777" w:rsidR="00057347" w:rsidRDefault="00057347">
    <w:pPr>
      <w:pStyle w:val="a7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5BC17" w14:textId="77777777" w:rsidR="00057347" w:rsidRDefault="0005734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08325" w14:textId="77777777" w:rsidR="00337552" w:rsidRDefault="00337552" w:rsidP="00831BF7">
      <w:pPr>
        <w:spacing w:after="0" w:line="240" w:lineRule="auto"/>
      </w:pPr>
      <w:r>
        <w:separator/>
      </w:r>
    </w:p>
  </w:footnote>
  <w:footnote w:type="continuationSeparator" w:id="0">
    <w:p w14:paraId="42FC322D" w14:textId="77777777" w:rsidR="00337552" w:rsidRDefault="00337552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E14FA" w14:textId="77777777" w:rsidR="00057347" w:rsidRDefault="00057347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588"/>
      <w:gridCol w:w="3033"/>
      <w:gridCol w:w="2533"/>
    </w:tblGrid>
    <w:tr w:rsidR="00057347" w14:paraId="6AE39420" w14:textId="77777777" w:rsidTr="00236E0F">
      <w:tc>
        <w:tcPr>
          <w:tcW w:w="1587" w:type="pct"/>
          <w:shd w:val="clear" w:color="auto" w:fill="D9D9D9" w:themeFill="background1" w:themeFillShade="D9"/>
        </w:tcPr>
        <w:p w14:paraId="65222EAB" w14:textId="77777777" w:rsidR="00057347" w:rsidRPr="000C3CCC" w:rsidRDefault="00057347" w:rsidP="007059D3">
          <w:pPr>
            <w:pStyle w:val="a5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 w:rsidRPr="000C3CCC">
            <w:rPr>
              <w:rFonts w:ascii="Arial Black" w:eastAsia="ＭＳ Ｐゴシック" w:hAnsi="Arial Black"/>
              <w:sz w:val="24"/>
            </w:rPr>
            <w:t>Active Study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 xml:space="preserve"> </w:t>
          </w:r>
        </w:p>
      </w:tc>
      <w:tc>
        <w:tcPr>
          <w:tcW w:w="1860" w:type="pct"/>
          <w:vMerge w:val="restart"/>
          <w:shd w:val="clear" w:color="auto" w:fill="F2F2F2" w:themeFill="background1" w:themeFillShade="F2"/>
          <w:vAlign w:val="center"/>
        </w:tcPr>
        <w:p w14:paraId="6B654264" w14:textId="77777777" w:rsidR="00057347" w:rsidRPr="000C3CCC" w:rsidRDefault="00057347" w:rsidP="007059D3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7A213F">
            <w:rPr>
              <w:rFonts w:ascii="HGS創英角ｺﾞｼｯｸUB" w:eastAsia="HGS創英角ｺﾞｼｯｸUB" w:hAnsi="HGS創英角ｺﾞｼｯｸUB" w:hint="eastAsia"/>
              <w:caps/>
              <w:color w:val="000000" w:themeColor="text1"/>
              <w:w w:val="80"/>
              <w:sz w:val="36"/>
              <w:szCs w:val="32"/>
              <w:lang w:eastAsia="ja-JP"/>
            </w:rPr>
            <w:t>反復トレーニング①</w:t>
          </w:r>
        </w:p>
      </w:tc>
      <w:tc>
        <w:tcPr>
          <w:tcW w:w="1553" w:type="pct"/>
          <w:vAlign w:val="center"/>
        </w:tcPr>
        <w:p w14:paraId="26B0E23A" w14:textId="77777777" w:rsidR="00057347" w:rsidRPr="00467A4A" w:rsidRDefault="00057347" w:rsidP="007059D3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467A4A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ワード数：78語</w:t>
          </w:r>
        </w:p>
      </w:tc>
    </w:tr>
    <w:tr w:rsidR="00057347" w14:paraId="74F81132" w14:textId="77777777" w:rsidTr="00236E0F">
      <w:tc>
        <w:tcPr>
          <w:tcW w:w="1587" w:type="pct"/>
          <w:shd w:val="clear" w:color="auto" w:fill="D9D9D9" w:themeFill="background1" w:themeFillShade="D9"/>
        </w:tcPr>
        <w:p w14:paraId="37B66D49" w14:textId="77777777" w:rsidR="00057347" w:rsidRPr="000C3CCC" w:rsidRDefault="00057347" w:rsidP="007059D3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  <w:r w:rsidRPr="000C3CCC">
            <w:rPr>
              <w:rFonts w:ascii="Arial Black" w:eastAsia="ＭＳ Ｐゴシック" w:hAnsi="Arial Black" w:hint="eastAsia"/>
              <w:sz w:val="24"/>
              <w:lang w:eastAsia="ja-JP"/>
            </w:rPr>
            <w:t>G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>rade</w:t>
          </w:r>
          <w:r>
            <w:rPr>
              <w:rFonts w:ascii="Arial Black" w:eastAsia="ＭＳ Ｐゴシック" w:hAnsi="Arial Black" w:hint="eastAsia"/>
              <w:sz w:val="24"/>
              <w:lang w:eastAsia="ja-JP"/>
            </w:rPr>
            <w:t>2</w:t>
          </w:r>
          <w:r w:rsidRPr="000C3CCC"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講座1</w:t>
          </w:r>
          <w:r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0</w:t>
          </w:r>
        </w:p>
      </w:tc>
      <w:tc>
        <w:tcPr>
          <w:tcW w:w="1860" w:type="pct"/>
          <w:vMerge/>
          <w:shd w:val="clear" w:color="auto" w:fill="F2F2F2" w:themeFill="background1" w:themeFillShade="F2"/>
        </w:tcPr>
        <w:p w14:paraId="6C8B6574" w14:textId="77777777" w:rsidR="00057347" w:rsidRPr="000C3CCC" w:rsidRDefault="00057347" w:rsidP="007059D3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3AC00E79" w14:textId="77777777" w:rsidR="00057347" w:rsidRPr="00467A4A" w:rsidRDefault="00057347" w:rsidP="007059D3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467A4A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p.78～85</w:t>
          </w:r>
        </w:p>
      </w:tc>
    </w:tr>
  </w:tbl>
  <w:p w14:paraId="6BB891D0" w14:textId="77777777" w:rsidR="00057347" w:rsidRPr="007059D3" w:rsidRDefault="00057347" w:rsidP="007059D3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39005" w14:textId="77777777" w:rsidR="00057347" w:rsidRDefault="00057347">
    <w:pPr>
      <w:pStyle w:val="a5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D6A92" w14:textId="77777777" w:rsidR="00057347" w:rsidRDefault="00057347">
    <w:pPr>
      <w:pStyle w:val="a5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588"/>
      <w:gridCol w:w="3033"/>
      <w:gridCol w:w="2533"/>
    </w:tblGrid>
    <w:tr w:rsidR="00057347" w14:paraId="1C18CEAC" w14:textId="77777777" w:rsidTr="002C1C5F">
      <w:tc>
        <w:tcPr>
          <w:tcW w:w="1587" w:type="pct"/>
          <w:shd w:val="clear" w:color="auto" w:fill="D9D9D9" w:themeFill="background1" w:themeFillShade="D9"/>
        </w:tcPr>
        <w:p w14:paraId="20C75683" w14:textId="77777777" w:rsidR="00057347" w:rsidRPr="000C3CCC" w:rsidRDefault="00057347" w:rsidP="00057347">
          <w:pPr>
            <w:pStyle w:val="a5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 w:rsidRPr="000C3CCC">
            <w:rPr>
              <w:rFonts w:ascii="Arial Black" w:eastAsia="ＭＳ Ｐゴシック" w:hAnsi="Arial Black"/>
              <w:sz w:val="24"/>
            </w:rPr>
            <w:t>Active Study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 xml:space="preserve"> </w:t>
          </w:r>
        </w:p>
      </w:tc>
      <w:tc>
        <w:tcPr>
          <w:tcW w:w="1860" w:type="pct"/>
          <w:vMerge w:val="restart"/>
          <w:shd w:val="clear" w:color="auto" w:fill="F2F2F2" w:themeFill="background1" w:themeFillShade="F2"/>
          <w:vAlign w:val="center"/>
        </w:tcPr>
        <w:p w14:paraId="1A4EA5F3" w14:textId="77777777" w:rsidR="00057347" w:rsidRPr="000C3CCC" w:rsidRDefault="00057347" w:rsidP="00057347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7A213F">
            <w:rPr>
              <w:rFonts w:ascii="HGS創英角ｺﾞｼｯｸUB" w:eastAsia="HGS創英角ｺﾞｼｯｸUB" w:hAnsi="HGS創英角ｺﾞｼｯｸUB" w:hint="eastAsia"/>
              <w:caps/>
              <w:color w:val="000000" w:themeColor="text1"/>
              <w:w w:val="80"/>
              <w:sz w:val="36"/>
              <w:szCs w:val="32"/>
              <w:lang w:eastAsia="ja-JP"/>
            </w:rPr>
            <w:t>反復トレーニング</w:t>
          </w:r>
          <w:r>
            <w:rPr>
              <w:rFonts w:ascii="HGS創英角ｺﾞｼｯｸUB" w:eastAsia="HGS創英角ｺﾞｼｯｸUB" w:hAnsi="HGS創英角ｺﾞｼｯｸUB" w:hint="eastAsia"/>
              <w:caps/>
              <w:color w:val="000000" w:themeColor="text1"/>
              <w:w w:val="80"/>
              <w:sz w:val="36"/>
              <w:szCs w:val="32"/>
              <w:lang w:eastAsia="ja-JP"/>
            </w:rPr>
            <w:t>②</w:t>
          </w:r>
        </w:p>
      </w:tc>
      <w:tc>
        <w:tcPr>
          <w:tcW w:w="1553" w:type="pct"/>
          <w:vAlign w:val="center"/>
        </w:tcPr>
        <w:p w14:paraId="56412442" w14:textId="77777777" w:rsidR="00057347" w:rsidRPr="00756415" w:rsidRDefault="00057347" w:rsidP="00057347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756415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ワード数：78語</w:t>
          </w:r>
        </w:p>
      </w:tc>
    </w:tr>
    <w:tr w:rsidR="00057347" w14:paraId="31423BB3" w14:textId="77777777" w:rsidTr="002C1C5F">
      <w:tc>
        <w:tcPr>
          <w:tcW w:w="1587" w:type="pct"/>
          <w:shd w:val="clear" w:color="auto" w:fill="D9D9D9" w:themeFill="background1" w:themeFillShade="D9"/>
        </w:tcPr>
        <w:p w14:paraId="7EBD5607" w14:textId="77777777" w:rsidR="00057347" w:rsidRPr="000C3CCC" w:rsidRDefault="00057347" w:rsidP="00057347">
          <w:pPr>
            <w:pStyle w:val="a5"/>
            <w:tabs>
              <w:tab w:val="clear" w:pos="4680"/>
              <w:tab w:val="clear" w:pos="9360"/>
              <w:tab w:val="right" w:pos="2444"/>
            </w:tabs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  <w:r w:rsidRPr="000C3CCC">
            <w:rPr>
              <w:rFonts w:ascii="Arial Black" w:eastAsia="ＭＳ Ｐゴシック" w:hAnsi="Arial Black" w:hint="eastAsia"/>
              <w:sz w:val="24"/>
              <w:lang w:eastAsia="ja-JP"/>
            </w:rPr>
            <w:t>G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>rade</w:t>
          </w:r>
          <w:r>
            <w:rPr>
              <w:rFonts w:ascii="Arial Black" w:eastAsia="ＭＳ Ｐゴシック" w:hAnsi="Arial Black" w:hint="eastAsia"/>
              <w:sz w:val="24"/>
              <w:lang w:eastAsia="ja-JP"/>
            </w:rPr>
            <w:t>2</w:t>
          </w:r>
          <w:r w:rsidRPr="000C3CCC"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講座1</w:t>
          </w:r>
          <w:r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0</w:t>
          </w:r>
          <w:r>
            <w:rPr>
              <w:rFonts w:ascii="BIZ UDPゴシック" w:eastAsia="BIZ UDPゴシック" w:hAnsi="BIZ UDPゴシック"/>
              <w:caps/>
              <w:color w:val="000000" w:themeColor="text1"/>
              <w:sz w:val="24"/>
              <w:lang w:eastAsia="ja-JP"/>
            </w:rPr>
            <w:tab/>
          </w:r>
        </w:p>
      </w:tc>
      <w:tc>
        <w:tcPr>
          <w:tcW w:w="1860" w:type="pct"/>
          <w:vMerge/>
          <w:shd w:val="clear" w:color="auto" w:fill="F2F2F2" w:themeFill="background1" w:themeFillShade="F2"/>
        </w:tcPr>
        <w:p w14:paraId="409A3790" w14:textId="77777777" w:rsidR="00057347" w:rsidRPr="000C3CCC" w:rsidRDefault="00057347" w:rsidP="00057347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7752743D" w14:textId="77777777" w:rsidR="00057347" w:rsidRPr="00756415" w:rsidRDefault="00057347" w:rsidP="00057347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756415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p.78～85</w:t>
          </w:r>
        </w:p>
      </w:tc>
    </w:tr>
  </w:tbl>
  <w:p w14:paraId="4B3D0B6C" w14:textId="77777777" w:rsidR="00B81828" w:rsidRPr="00057347" w:rsidRDefault="00B81828" w:rsidP="00B81828">
    <w:pPr>
      <w:pStyle w:val="a5"/>
      <w:rPr>
        <w:lang w:eastAsia="ja-JP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036B2" w14:textId="77777777" w:rsidR="00057347" w:rsidRDefault="0005734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2978"/>
    <w:rsid w:val="00034616"/>
    <w:rsid w:val="00034935"/>
    <w:rsid w:val="00042C27"/>
    <w:rsid w:val="00057347"/>
    <w:rsid w:val="0006063C"/>
    <w:rsid w:val="000872EF"/>
    <w:rsid w:val="000B16F3"/>
    <w:rsid w:val="000C3CCC"/>
    <w:rsid w:val="000D1B24"/>
    <w:rsid w:val="000F29C3"/>
    <w:rsid w:val="000F5245"/>
    <w:rsid w:val="0011374E"/>
    <w:rsid w:val="0015074B"/>
    <w:rsid w:val="00153B11"/>
    <w:rsid w:val="001A3CA7"/>
    <w:rsid w:val="001B6C06"/>
    <w:rsid w:val="001B7E1D"/>
    <w:rsid w:val="001E0CB4"/>
    <w:rsid w:val="00231CF0"/>
    <w:rsid w:val="00271699"/>
    <w:rsid w:val="0029639D"/>
    <w:rsid w:val="002A2EF8"/>
    <w:rsid w:val="002A5593"/>
    <w:rsid w:val="002C2BEE"/>
    <w:rsid w:val="002F3F32"/>
    <w:rsid w:val="00301D1E"/>
    <w:rsid w:val="0031576A"/>
    <w:rsid w:val="00323F07"/>
    <w:rsid w:val="00326F90"/>
    <w:rsid w:val="00337552"/>
    <w:rsid w:val="00363A0F"/>
    <w:rsid w:val="00384068"/>
    <w:rsid w:val="00393CD5"/>
    <w:rsid w:val="003A6E38"/>
    <w:rsid w:val="003C62BB"/>
    <w:rsid w:val="003C6605"/>
    <w:rsid w:val="00411AEB"/>
    <w:rsid w:val="00412AF5"/>
    <w:rsid w:val="00421258"/>
    <w:rsid w:val="00426BDE"/>
    <w:rsid w:val="00451F62"/>
    <w:rsid w:val="00467A4A"/>
    <w:rsid w:val="00490222"/>
    <w:rsid w:val="00502F3B"/>
    <w:rsid w:val="00527609"/>
    <w:rsid w:val="005305BC"/>
    <w:rsid w:val="00547174"/>
    <w:rsid w:val="005A75D9"/>
    <w:rsid w:val="006209D2"/>
    <w:rsid w:val="00623997"/>
    <w:rsid w:val="007059D3"/>
    <w:rsid w:val="0074185E"/>
    <w:rsid w:val="00756415"/>
    <w:rsid w:val="007D3BD5"/>
    <w:rsid w:val="00802147"/>
    <w:rsid w:val="00811E41"/>
    <w:rsid w:val="00831BF7"/>
    <w:rsid w:val="00837658"/>
    <w:rsid w:val="00840B1A"/>
    <w:rsid w:val="0085108F"/>
    <w:rsid w:val="00853225"/>
    <w:rsid w:val="008E2A0B"/>
    <w:rsid w:val="008E44D9"/>
    <w:rsid w:val="008E74B3"/>
    <w:rsid w:val="00936042"/>
    <w:rsid w:val="00952210"/>
    <w:rsid w:val="00973083"/>
    <w:rsid w:val="009A7FEE"/>
    <w:rsid w:val="009C2DB0"/>
    <w:rsid w:val="009C70DC"/>
    <w:rsid w:val="009E60D0"/>
    <w:rsid w:val="009E737C"/>
    <w:rsid w:val="00A6260E"/>
    <w:rsid w:val="00A861CE"/>
    <w:rsid w:val="00AA1D8D"/>
    <w:rsid w:val="00AA73C1"/>
    <w:rsid w:val="00AC74CD"/>
    <w:rsid w:val="00AF046B"/>
    <w:rsid w:val="00B0268E"/>
    <w:rsid w:val="00B0687C"/>
    <w:rsid w:val="00B0767F"/>
    <w:rsid w:val="00B33020"/>
    <w:rsid w:val="00B45FC2"/>
    <w:rsid w:val="00B47730"/>
    <w:rsid w:val="00B5311E"/>
    <w:rsid w:val="00B63EFD"/>
    <w:rsid w:val="00B81828"/>
    <w:rsid w:val="00B8479E"/>
    <w:rsid w:val="00BD4333"/>
    <w:rsid w:val="00C22785"/>
    <w:rsid w:val="00C2692F"/>
    <w:rsid w:val="00C84D84"/>
    <w:rsid w:val="00CB0664"/>
    <w:rsid w:val="00CC0839"/>
    <w:rsid w:val="00CD7390"/>
    <w:rsid w:val="00CF3804"/>
    <w:rsid w:val="00D05512"/>
    <w:rsid w:val="00D22954"/>
    <w:rsid w:val="00D40E9B"/>
    <w:rsid w:val="00D41107"/>
    <w:rsid w:val="00D62DAF"/>
    <w:rsid w:val="00D80BF7"/>
    <w:rsid w:val="00DA131B"/>
    <w:rsid w:val="00DA548B"/>
    <w:rsid w:val="00DD3CCA"/>
    <w:rsid w:val="00DE5A77"/>
    <w:rsid w:val="00E10B35"/>
    <w:rsid w:val="00E14B6A"/>
    <w:rsid w:val="00E15D0D"/>
    <w:rsid w:val="00E246AD"/>
    <w:rsid w:val="00E251DE"/>
    <w:rsid w:val="00E631AD"/>
    <w:rsid w:val="00E6581E"/>
    <w:rsid w:val="00E67A33"/>
    <w:rsid w:val="00E7525A"/>
    <w:rsid w:val="00E92342"/>
    <w:rsid w:val="00EB1507"/>
    <w:rsid w:val="00EC2A19"/>
    <w:rsid w:val="00F13E2D"/>
    <w:rsid w:val="00F83033"/>
    <w:rsid w:val="00FB0517"/>
    <w:rsid w:val="00FC693F"/>
    <w:rsid w:val="00FE2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107</Words>
  <Characters>616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2</cp:revision>
  <cp:lastPrinted>2025-08-07T08:41:00Z</cp:lastPrinted>
  <dcterms:created xsi:type="dcterms:W3CDTF">2025-09-09T10:27:00Z</dcterms:created>
  <dcterms:modified xsi:type="dcterms:W3CDTF">2025-09-09T10:27:00Z</dcterms:modified>
  <cp:category/>
</cp:coreProperties>
</file>