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15BC1" w14:textId="77777777" w:rsidR="00F9045B" w:rsidRPr="004054E3" w:rsidRDefault="00F9045B" w:rsidP="00F9045B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5F09C7C3" w14:textId="77777777" w:rsidR="00F9045B" w:rsidRDefault="00F9045B" w:rsidP="00F9045B">
      <w:pPr>
        <w:rPr>
          <w:rFonts w:ascii="Century Schoolbook" w:hAnsi="Century Schoolbook" w:cs="Times New Roman"/>
          <w:sz w:val="24"/>
          <w:lang w:eastAsia="ja-JP"/>
        </w:rPr>
      </w:pPr>
      <w:r w:rsidRPr="006A61E2"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6A61E2">
        <w:rPr>
          <w:rFonts w:ascii="Century Schoolbook" w:hAnsi="Century Schoolbook" w:cs="Times New Roman" w:hint="eastAsia"/>
          <w:sz w:val="24"/>
          <w:lang w:eastAsia="ja-JP"/>
        </w:rPr>
        <w:t xml:space="preserve"> During cold seasons, a lot of people wear sweaters.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A61E2"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6A61E2">
        <w:rPr>
          <w:rFonts w:ascii="Century Schoolbook" w:hAnsi="Century Schoolbook" w:cs="Times New Roman" w:hint="eastAsia"/>
          <w:sz w:val="24"/>
          <w:lang w:eastAsia="ja-JP"/>
        </w:rPr>
        <w:t xml:space="preserve"> The name comes from </w:t>
      </w:r>
      <w:r w:rsidRPr="006A61E2">
        <w:rPr>
          <w:rFonts w:ascii="Century Schoolbook" w:hAnsi="Century Schoolbook" w:cs="Times New Roman" w:hint="eastAsia"/>
          <w:sz w:val="24"/>
          <w:lang w:eastAsia="ja-JP"/>
        </w:rPr>
        <w:t>“</w:t>
      </w:r>
      <w:r w:rsidRPr="006A61E2">
        <w:rPr>
          <w:rFonts w:ascii="Century Schoolbook" w:hAnsi="Century Schoolbook" w:cs="Times New Roman" w:hint="eastAsia"/>
          <w:sz w:val="24"/>
          <w:lang w:eastAsia="ja-JP"/>
        </w:rPr>
        <w:t>to sweat.</w:t>
      </w:r>
      <w:r w:rsidRPr="006A61E2">
        <w:rPr>
          <w:rFonts w:ascii="Century Schoolbook" w:hAnsi="Century Schoolbook" w:cs="Times New Roman" w:hint="eastAsia"/>
          <w:sz w:val="24"/>
          <w:lang w:eastAsia="ja-JP"/>
        </w:rPr>
        <w:t>”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A61E2"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6A61E2">
        <w:rPr>
          <w:rFonts w:ascii="Century Schoolbook" w:hAnsi="Century Schoolbook" w:cs="Times New Roman" w:hint="eastAsia"/>
          <w:sz w:val="24"/>
          <w:lang w:eastAsia="ja-JP"/>
        </w:rPr>
        <w:t xml:space="preserve"> Do you know the reason?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A61E2"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6A61E2">
        <w:rPr>
          <w:rFonts w:ascii="Century Schoolbook" w:hAnsi="Century Schoolbook" w:cs="Times New Roman" w:hint="eastAsia"/>
          <w:sz w:val="24"/>
          <w:lang w:eastAsia="ja-JP"/>
        </w:rPr>
        <w:t xml:space="preserve"> In 1891, football players in America started wearing a special warm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6A61E2">
        <w:rPr>
          <w:rFonts w:ascii="Century Schoolbook" w:hAnsi="Century Schoolbook" w:cs="Times New Roman" w:hint="eastAsia"/>
          <w:sz w:val="24"/>
          <w:lang w:eastAsia="ja-JP"/>
        </w:rPr>
        <w:t>uniform.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A61E2"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6A61E2">
        <w:rPr>
          <w:rFonts w:ascii="Century Schoolbook" w:hAnsi="Century Schoolbook" w:cs="Times New Roman" w:hint="eastAsia"/>
          <w:sz w:val="24"/>
          <w:lang w:eastAsia="ja-JP"/>
        </w:rPr>
        <w:t xml:space="preserve"> Athletes avoid gaining weight to improve their performance.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A61E2">
        <w:rPr>
          <w:rFonts w:ascii="Century Schoolbook" w:hAnsi="Century Schoolbook" w:cs="Times New Roman" w:hint="eastAsia"/>
          <w:sz w:val="24"/>
          <w:lang w:eastAsia="ja-JP"/>
        </w:rPr>
        <w:t>⑥</w:t>
      </w:r>
      <w:r w:rsidRPr="006A61E2">
        <w:rPr>
          <w:rFonts w:ascii="Century Schoolbook" w:hAnsi="Century Schoolbook" w:cs="Times New Roman" w:hint="eastAsia"/>
          <w:sz w:val="24"/>
          <w:lang w:eastAsia="ja-JP"/>
        </w:rPr>
        <w:t xml:space="preserve"> To lose weight is important for them.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A61E2">
        <w:rPr>
          <w:rFonts w:ascii="Century Schoolbook" w:hAnsi="Century Schoolbook" w:cs="Times New Roman" w:hint="eastAsia"/>
          <w:sz w:val="24"/>
          <w:lang w:eastAsia="ja-JP"/>
        </w:rPr>
        <w:t>⑦</w:t>
      </w:r>
      <w:r w:rsidRPr="006A61E2">
        <w:rPr>
          <w:rFonts w:ascii="Century Schoolbook" w:hAnsi="Century Schoolbook" w:cs="Times New Roman" w:hint="eastAsia"/>
          <w:sz w:val="24"/>
          <w:lang w:eastAsia="ja-JP"/>
        </w:rPr>
        <w:t xml:space="preserve"> So, the players planned to sweat a lot by wearing the uniform while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6A61E2">
        <w:rPr>
          <w:rFonts w:ascii="Century Schoolbook" w:hAnsi="Century Schoolbook" w:cs="Times New Roman" w:hint="eastAsia"/>
          <w:sz w:val="24"/>
          <w:lang w:eastAsia="ja-JP"/>
        </w:rPr>
        <w:t>they were training.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A61E2">
        <w:rPr>
          <w:rFonts w:ascii="Century Schoolbook" w:hAnsi="Century Schoolbook" w:cs="Times New Roman" w:hint="eastAsia"/>
          <w:sz w:val="24"/>
          <w:lang w:eastAsia="ja-JP"/>
        </w:rPr>
        <w:t>⑧</w:t>
      </w:r>
      <w:r w:rsidRPr="006A61E2">
        <w:rPr>
          <w:rFonts w:ascii="Century Schoolbook" w:hAnsi="Century Schoolbook" w:cs="Times New Roman" w:hint="eastAsia"/>
          <w:sz w:val="24"/>
          <w:lang w:eastAsia="ja-JP"/>
        </w:rPr>
        <w:t xml:space="preserve"> In this way, sweaters weren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6A61E2">
        <w:rPr>
          <w:rFonts w:ascii="Century Schoolbook" w:hAnsi="Century Schoolbook" w:cs="Times New Roman" w:hint="eastAsia"/>
          <w:sz w:val="24"/>
          <w:lang w:eastAsia="ja-JP"/>
        </w:rPr>
        <w:t>t originally winter clothing.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F9045B" w14:paraId="0C6817B3" w14:textId="77777777" w:rsidTr="002C1C5F">
        <w:trPr>
          <w:trHeight w:val="567"/>
        </w:trPr>
        <w:tc>
          <w:tcPr>
            <w:tcW w:w="8362" w:type="dxa"/>
          </w:tcPr>
          <w:p w14:paraId="15417D14" w14:textId="77777777" w:rsidR="00F9045B" w:rsidRDefault="00F9045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045B" w14:paraId="15F544F6" w14:textId="77777777" w:rsidTr="002C1C5F">
        <w:trPr>
          <w:trHeight w:val="567"/>
        </w:trPr>
        <w:tc>
          <w:tcPr>
            <w:tcW w:w="8362" w:type="dxa"/>
          </w:tcPr>
          <w:p w14:paraId="1061E0AF" w14:textId="77777777" w:rsidR="00F9045B" w:rsidRDefault="00F9045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045B" w14:paraId="654EF8E3" w14:textId="77777777" w:rsidTr="002C1C5F">
        <w:trPr>
          <w:trHeight w:val="567"/>
        </w:trPr>
        <w:tc>
          <w:tcPr>
            <w:tcW w:w="8362" w:type="dxa"/>
          </w:tcPr>
          <w:p w14:paraId="7D634B5C" w14:textId="77777777" w:rsidR="00F9045B" w:rsidRDefault="00F9045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045B" w14:paraId="53E07554" w14:textId="77777777" w:rsidTr="002C1C5F">
        <w:trPr>
          <w:trHeight w:val="567"/>
        </w:trPr>
        <w:tc>
          <w:tcPr>
            <w:tcW w:w="8362" w:type="dxa"/>
          </w:tcPr>
          <w:p w14:paraId="21AF0F08" w14:textId="77777777" w:rsidR="00F9045B" w:rsidRDefault="00F9045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045B" w14:paraId="19AE5E0A" w14:textId="77777777" w:rsidTr="002C1C5F">
        <w:trPr>
          <w:trHeight w:val="567"/>
        </w:trPr>
        <w:tc>
          <w:tcPr>
            <w:tcW w:w="8362" w:type="dxa"/>
          </w:tcPr>
          <w:p w14:paraId="65020608" w14:textId="77777777" w:rsidR="00F9045B" w:rsidRDefault="00F9045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045B" w14:paraId="140D8258" w14:textId="77777777" w:rsidTr="002C1C5F">
        <w:trPr>
          <w:trHeight w:val="567"/>
        </w:trPr>
        <w:tc>
          <w:tcPr>
            <w:tcW w:w="8362" w:type="dxa"/>
          </w:tcPr>
          <w:p w14:paraId="515A6625" w14:textId="77777777" w:rsidR="00F9045B" w:rsidRDefault="00F9045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045B" w14:paraId="02815C6F" w14:textId="77777777" w:rsidTr="002C1C5F">
        <w:trPr>
          <w:trHeight w:val="567"/>
        </w:trPr>
        <w:tc>
          <w:tcPr>
            <w:tcW w:w="8362" w:type="dxa"/>
          </w:tcPr>
          <w:p w14:paraId="654E28D5" w14:textId="77777777" w:rsidR="00F9045B" w:rsidRDefault="00F9045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045B" w14:paraId="69FA7DA6" w14:textId="77777777" w:rsidTr="002C1C5F">
        <w:trPr>
          <w:trHeight w:val="567"/>
        </w:trPr>
        <w:tc>
          <w:tcPr>
            <w:tcW w:w="8362" w:type="dxa"/>
          </w:tcPr>
          <w:p w14:paraId="37C3B4C3" w14:textId="77777777" w:rsidR="00F9045B" w:rsidRDefault="00F9045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045B" w14:paraId="79F3219E" w14:textId="77777777" w:rsidTr="002C1C5F">
        <w:trPr>
          <w:trHeight w:val="567"/>
        </w:trPr>
        <w:tc>
          <w:tcPr>
            <w:tcW w:w="8362" w:type="dxa"/>
          </w:tcPr>
          <w:p w14:paraId="49B32DDC" w14:textId="77777777" w:rsidR="00F9045B" w:rsidRDefault="00F9045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045B" w14:paraId="4541A052" w14:textId="77777777" w:rsidTr="002C1C5F">
        <w:trPr>
          <w:trHeight w:val="567"/>
        </w:trPr>
        <w:tc>
          <w:tcPr>
            <w:tcW w:w="8362" w:type="dxa"/>
          </w:tcPr>
          <w:p w14:paraId="7F5D9C49" w14:textId="77777777" w:rsidR="00F9045B" w:rsidRDefault="00F9045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045B" w14:paraId="5F4AE9C0" w14:textId="77777777" w:rsidTr="002C1C5F">
        <w:trPr>
          <w:trHeight w:val="567"/>
        </w:trPr>
        <w:tc>
          <w:tcPr>
            <w:tcW w:w="8362" w:type="dxa"/>
          </w:tcPr>
          <w:p w14:paraId="01B030C0" w14:textId="77777777" w:rsidR="00F9045B" w:rsidRDefault="00F9045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045B" w14:paraId="1E0879A7" w14:textId="77777777" w:rsidTr="002C1C5F">
        <w:trPr>
          <w:trHeight w:val="567"/>
        </w:trPr>
        <w:tc>
          <w:tcPr>
            <w:tcW w:w="8362" w:type="dxa"/>
          </w:tcPr>
          <w:p w14:paraId="57F646D7" w14:textId="77777777" w:rsidR="00F9045B" w:rsidRDefault="00F9045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045B" w14:paraId="3169ED11" w14:textId="77777777" w:rsidTr="002C1C5F">
        <w:trPr>
          <w:trHeight w:val="567"/>
        </w:trPr>
        <w:tc>
          <w:tcPr>
            <w:tcW w:w="8362" w:type="dxa"/>
          </w:tcPr>
          <w:p w14:paraId="462FC373" w14:textId="77777777" w:rsidR="00F9045B" w:rsidRDefault="00F9045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47B87A4B" w14:textId="77777777" w:rsidR="00F9045B" w:rsidRDefault="00F9045B" w:rsidP="00F9045B">
      <w:pPr>
        <w:rPr>
          <w:lang w:eastAsia="ja-JP"/>
        </w:rPr>
        <w:sectPr w:rsidR="00F9045B" w:rsidSect="00F9045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0B387647" w14:textId="77777777" w:rsidR="00F9045B" w:rsidRPr="009408BE" w:rsidRDefault="00F9045B" w:rsidP="00F9045B">
      <w:pPr>
        <w:pStyle w:val="aa"/>
        <w:rPr>
          <w:sz w:val="22"/>
          <w:szCs w:val="22"/>
          <w:lang w:eastAsia="ja-JP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3BB25C8" wp14:editId="5DA541FF">
            <wp:simplePos x="0" y="0"/>
            <wp:positionH relativeFrom="column">
              <wp:posOffset>4820920</wp:posOffset>
            </wp:positionH>
            <wp:positionV relativeFrom="paragraph">
              <wp:posOffset>-137795</wp:posOffset>
            </wp:positionV>
            <wp:extent cx="360000" cy="360000"/>
            <wp:effectExtent l="0" t="0" r="2540" b="2540"/>
            <wp:wrapNone/>
            <wp:docPr id="95025681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25681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54E3">
        <w:rPr>
          <w:rFonts w:hint="eastAsia"/>
          <w:sz w:val="24"/>
          <w:szCs w:val="24"/>
          <w:lang w:eastAsia="ja-JP"/>
        </w:rPr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101E2BE8" w14:textId="77777777" w:rsidR="00F9045B" w:rsidRPr="0098484B" w:rsidRDefault="00F9045B" w:rsidP="00F9045B">
      <w:pPr>
        <w:rPr>
          <w:rFonts w:ascii="Century Schoolbook" w:hAnsi="Century Schoolbook" w:cs="Times New Roman"/>
          <w:szCs w:val="21"/>
          <w:lang w:eastAsia="ja-JP"/>
        </w:rPr>
      </w:pPr>
      <w:r w:rsidRPr="00786995">
        <w:rPr>
          <w:rFonts w:ascii="Century Schoolbook" w:hAnsi="Century Schoolbook" w:cs="Times New Roman" w:hint="eastAsia"/>
          <w:sz w:val="21"/>
          <w:szCs w:val="20"/>
          <w:lang w:eastAsia="ja-JP"/>
        </w:rPr>
        <w:t>①</w:t>
      </w:r>
      <w:r w:rsidRPr="00786995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786995">
        <w:rPr>
          <w:rFonts w:ascii="Century Schoolbook" w:hAnsi="Century Schoolbook" w:cs="Times New Roman" w:hint="eastAsia"/>
          <w:sz w:val="21"/>
          <w:szCs w:val="20"/>
          <w:lang w:eastAsia="ja-JP"/>
        </w:rPr>
        <w:t>寒い季節の間、多くの人々がセーターを着ます。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786995">
        <w:rPr>
          <w:rFonts w:ascii="Century Schoolbook" w:hAnsi="Century Schoolbook" w:cs="Times New Roman" w:hint="eastAsia"/>
          <w:sz w:val="21"/>
          <w:szCs w:val="20"/>
          <w:lang w:eastAsia="ja-JP"/>
        </w:rPr>
        <w:t>②</w:t>
      </w:r>
      <w:r w:rsidRPr="00786995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786995">
        <w:rPr>
          <w:rFonts w:ascii="Century Schoolbook" w:hAnsi="Century Schoolbook" w:cs="Times New Roman" w:hint="eastAsia"/>
          <w:sz w:val="21"/>
          <w:szCs w:val="20"/>
          <w:lang w:eastAsia="ja-JP"/>
        </w:rPr>
        <w:t>その名前は「汗をかくこと」から来ています。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786995">
        <w:rPr>
          <w:rFonts w:ascii="Century Schoolbook" w:hAnsi="Century Schoolbook" w:cs="Times New Roman" w:hint="eastAsia"/>
          <w:sz w:val="21"/>
          <w:szCs w:val="20"/>
          <w:lang w:eastAsia="ja-JP"/>
        </w:rPr>
        <w:t>③</w:t>
      </w:r>
      <w:r w:rsidRPr="00786995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786995">
        <w:rPr>
          <w:rFonts w:ascii="Century Schoolbook" w:hAnsi="Century Schoolbook" w:cs="Times New Roman" w:hint="eastAsia"/>
          <w:sz w:val="21"/>
          <w:szCs w:val="20"/>
          <w:lang w:eastAsia="ja-JP"/>
        </w:rPr>
        <w:t>その理由を知っていますか。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786995">
        <w:rPr>
          <w:rFonts w:ascii="Century Schoolbook" w:hAnsi="Century Schoolbook" w:cs="Times New Roman" w:hint="eastAsia"/>
          <w:sz w:val="21"/>
          <w:szCs w:val="20"/>
          <w:lang w:eastAsia="ja-JP"/>
        </w:rPr>
        <w:t>④</w:t>
      </w:r>
      <w:r w:rsidRPr="00786995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1891 </w:t>
      </w:r>
      <w:r w:rsidRPr="00786995">
        <w:rPr>
          <w:rFonts w:ascii="Century Schoolbook" w:hAnsi="Century Schoolbook" w:cs="Times New Roman" w:hint="eastAsia"/>
          <w:sz w:val="21"/>
          <w:szCs w:val="20"/>
          <w:lang w:eastAsia="ja-JP"/>
        </w:rPr>
        <w:t>年、アメリカのフットボール選手たちが特別な暖かいユニフォームを着始めま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786995">
        <w:rPr>
          <w:rFonts w:ascii="Century Schoolbook" w:hAnsi="Century Schoolbook" w:cs="Times New Roman" w:hint="eastAsia"/>
          <w:sz w:val="21"/>
          <w:szCs w:val="20"/>
          <w:lang w:eastAsia="ja-JP"/>
        </w:rPr>
        <w:t>した。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786995">
        <w:rPr>
          <w:rFonts w:ascii="Century Schoolbook" w:hAnsi="Century Schoolbook" w:cs="Times New Roman" w:hint="eastAsia"/>
          <w:sz w:val="21"/>
          <w:szCs w:val="20"/>
          <w:lang w:eastAsia="ja-JP"/>
        </w:rPr>
        <w:t>⑤</w:t>
      </w:r>
      <w:r w:rsidRPr="00786995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786995">
        <w:rPr>
          <w:rFonts w:ascii="Century Schoolbook" w:hAnsi="Century Schoolbook" w:cs="Times New Roman" w:hint="eastAsia"/>
          <w:sz w:val="21"/>
          <w:szCs w:val="20"/>
          <w:lang w:eastAsia="ja-JP"/>
        </w:rPr>
        <w:t>運動選手たちはパフォーマンスを向上させるために体重を増やすことを避けます。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786995">
        <w:rPr>
          <w:rFonts w:ascii="Century Schoolbook" w:hAnsi="Century Schoolbook" w:cs="Times New Roman" w:hint="eastAsia"/>
          <w:sz w:val="21"/>
          <w:szCs w:val="20"/>
          <w:lang w:eastAsia="ja-JP"/>
        </w:rPr>
        <w:t>⑥</w:t>
      </w:r>
      <w:r w:rsidRPr="00786995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786995">
        <w:rPr>
          <w:rFonts w:ascii="Century Schoolbook" w:hAnsi="Century Schoolbook" w:cs="Times New Roman" w:hint="eastAsia"/>
          <w:sz w:val="21"/>
          <w:szCs w:val="20"/>
          <w:lang w:eastAsia="ja-JP"/>
        </w:rPr>
        <w:t>体重を減らすことは彼らにとって重要なのです。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786995">
        <w:rPr>
          <w:rFonts w:ascii="Century Schoolbook" w:hAnsi="Century Schoolbook" w:cs="Times New Roman" w:hint="eastAsia"/>
          <w:sz w:val="21"/>
          <w:szCs w:val="20"/>
          <w:lang w:eastAsia="ja-JP"/>
        </w:rPr>
        <w:t>⑦</w:t>
      </w:r>
      <w:r w:rsidRPr="00786995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786995">
        <w:rPr>
          <w:rFonts w:ascii="Century Schoolbook" w:hAnsi="Century Schoolbook" w:cs="Times New Roman" w:hint="eastAsia"/>
          <w:sz w:val="21"/>
          <w:szCs w:val="20"/>
          <w:lang w:eastAsia="ja-JP"/>
        </w:rPr>
        <w:t>だから、その選手たちはトレーニング中にそのユニフォームを着ることでたくさん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786995">
        <w:rPr>
          <w:rFonts w:ascii="Century Schoolbook" w:hAnsi="Century Schoolbook" w:cs="Times New Roman" w:hint="eastAsia"/>
          <w:sz w:val="21"/>
          <w:szCs w:val="20"/>
          <w:lang w:eastAsia="ja-JP"/>
        </w:rPr>
        <w:t>汗をかこうとしました。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786995">
        <w:rPr>
          <w:rFonts w:ascii="Century Schoolbook" w:hAnsi="Century Schoolbook" w:cs="Times New Roman" w:hint="eastAsia"/>
          <w:sz w:val="21"/>
          <w:szCs w:val="20"/>
          <w:lang w:eastAsia="ja-JP"/>
        </w:rPr>
        <w:t>⑧</w:t>
      </w:r>
      <w:r w:rsidRPr="00786995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786995">
        <w:rPr>
          <w:rFonts w:ascii="Century Schoolbook" w:hAnsi="Century Schoolbook" w:cs="Times New Roman" w:hint="eastAsia"/>
          <w:sz w:val="21"/>
          <w:szCs w:val="20"/>
          <w:lang w:eastAsia="ja-JP"/>
        </w:rPr>
        <w:t>このようにセーターは元は冬服ではありませんでした。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F9045B" w14:paraId="09F99CB8" w14:textId="77777777" w:rsidTr="002C1C5F">
        <w:trPr>
          <w:trHeight w:val="567"/>
        </w:trPr>
        <w:tc>
          <w:tcPr>
            <w:tcW w:w="8362" w:type="dxa"/>
          </w:tcPr>
          <w:p w14:paraId="708719E7" w14:textId="77777777" w:rsidR="00F9045B" w:rsidRDefault="00F9045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045B" w14:paraId="770365E7" w14:textId="77777777" w:rsidTr="002C1C5F">
        <w:trPr>
          <w:trHeight w:val="567"/>
        </w:trPr>
        <w:tc>
          <w:tcPr>
            <w:tcW w:w="8362" w:type="dxa"/>
          </w:tcPr>
          <w:p w14:paraId="47FE049A" w14:textId="77777777" w:rsidR="00F9045B" w:rsidRDefault="00F9045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045B" w14:paraId="76E3B1FA" w14:textId="77777777" w:rsidTr="002C1C5F">
        <w:trPr>
          <w:trHeight w:val="567"/>
        </w:trPr>
        <w:tc>
          <w:tcPr>
            <w:tcW w:w="8362" w:type="dxa"/>
          </w:tcPr>
          <w:p w14:paraId="07B6478D" w14:textId="77777777" w:rsidR="00F9045B" w:rsidRDefault="00F9045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045B" w14:paraId="7C1E04E3" w14:textId="77777777" w:rsidTr="002C1C5F">
        <w:trPr>
          <w:trHeight w:val="567"/>
        </w:trPr>
        <w:tc>
          <w:tcPr>
            <w:tcW w:w="8362" w:type="dxa"/>
          </w:tcPr>
          <w:p w14:paraId="182FC825" w14:textId="77777777" w:rsidR="00F9045B" w:rsidRDefault="00F9045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045B" w14:paraId="0B24CECE" w14:textId="77777777" w:rsidTr="002C1C5F">
        <w:trPr>
          <w:trHeight w:val="567"/>
        </w:trPr>
        <w:tc>
          <w:tcPr>
            <w:tcW w:w="8362" w:type="dxa"/>
          </w:tcPr>
          <w:p w14:paraId="26AE6351" w14:textId="77777777" w:rsidR="00F9045B" w:rsidRDefault="00F9045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045B" w14:paraId="0F63B8F0" w14:textId="77777777" w:rsidTr="002C1C5F">
        <w:trPr>
          <w:trHeight w:val="567"/>
        </w:trPr>
        <w:tc>
          <w:tcPr>
            <w:tcW w:w="8362" w:type="dxa"/>
          </w:tcPr>
          <w:p w14:paraId="1E1E670A" w14:textId="77777777" w:rsidR="00F9045B" w:rsidRDefault="00F9045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045B" w14:paraId="302271B8" w14:textId="77777777" w:rsidTr="002C1C5F">
        <w:trPr>
          <w:trHeight w:val="567"/>
        </w:trPr>
        <w:tc>
          <w:tcPr>
            <w:tcW w:w="8362" w:type="dxa"/>
          </w:tcPr>
          <w:p w14:paraId="7FBA7B8B" w14:textId="77777777" w:rsidR="00F9045B" w:rsidRDefault="00F9045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045B" w14:paraId="7BB5B586" w14:textId="77777777" w:rsidTr="002C1C5F">
        <w:trPr>
          <w:trHeight w:val="567"/>
        </w:trPr>
        <w:tc>
          <w:tcPr>
            <w:tcW w:w="8362" w:type="dxa"/>
          </w:tcPr>
          <w:p w14:paraId="34715AD0" w14:textId="77777777" w:rsidR="00F9045B" w:rsidRDefault="00F9045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045B" w14:paraId="33E1408E" w14:textId="77777777" w:rsidTr="002C1C5F">
        <w:trPr>
          <w:trHeight w:val="567"/>
        </w:trPr>
        <w:tc>
          <w:tcPr>
            <w:tcW w:w="8362" w:type="dxa"/>
          </w:tcPr>
          <w:p w14:paraId="0501DF54" w14:textId="77777777" w:rsidR="00F9045B" w:rsidRDefault="00F9045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045B" w14:paraId="4D6ADC74" w14:textId="77777777" w:rsidTr="002C1C5F">
        <w:trPr>
          <w:trHeight w:val="567"/>
        </w:trPr>
        <w:tc>
          <w:tcPr>
            <w:tcW w:w="8362" w:type="dxa"/>
          </w:tcPr>
          <w:p w14:paraId="63765369" w14:textId="77777777" w:rsidR="00F9045B" w:rsidRDefault="00F9045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045B" w14:paraId="43B2B4D0" w14:textId="77777777" w:rsidTr="002C1C5F">
        <w:trPr>
          <w:trHeight w:val="567"/>
        </w:trPr>
        <w:tc>
          <w:tcPr>
            <w:tcW w:w="8362" w:type="dxa"/>
          </w:tcPr>
          <w:p w14:paraId="17982AE8" w14:textId="77777777" w:rsidR="00F9045B" w:rsidRDefault="00F9045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045B" w14:paraId="63E35369" w14:textId="77777777" w:rsidTr="002C1C5F">
        <w:trPr>
          <w:trHeight w:val="567"/>
        </w:trPr>
        <w:tc>
          <w:tcPr>
            <w:tcW w:w="8362" w:type="dxa"/>
          </w:tcPr>
          <w:p w14:paraId="39CF61AF" w14:textId="77777777" w:rsidR="00F9045B" w:rsidRPr="00DA4AB5" w:rsidRDefault="00F9045B" w:rsidP="002C1C5F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9045B" w14:paraId="61C37DBA" w14:textId="77777777" w:rsidTr="002C1C5F">
        <w:trPr>
          <w:trHeight w:val="567"/>
        </w:trPr>
        <w:tc>
          <w:tcPr>
            <w:tcW w:w="8362" w:type="dxa"/>
          </w:tcPr>
          <w:p w14:paraId="2303BF02" w14:textId="77777777" w:rsidR="00F9045B" w:rsidRPr="00DA4AB5" w:rsidRDefault="00F9045B" w:rsidP="002C1C5F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0AE39EFA" w14:textId="762AD00E" w:rsidR="001B7E1D" w:rsidRPr="001B7E1D" w:rsidRDefault="001B7E1D" w:rsidP="001B7E1D">
      <w:pPr>
        <w:rPr>
          <w:lang w:eastAsia="ja-JP"/>
        </w:rPr>
      </w:pPr>
    </w:p>
    <w:sectPr w:rsidR="001B7E1D" w:rsidRPr="001B7E1D" w:rsidSect="00B81828">
      <w:headerReference w:type="default" r:id="rId15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E1886" w14:textId="77777777" w:rsidR="00337552" w:rsidRDefault="00337552" w:rsidP="00831BF7">
      <w:pPr>
        <w:spacing w:after="0" w:line="240" w:lineRule="auto"/>
      </w:pPr>
      <w:r>
        <w:separator/>
      </w:r>
    </w:p>
  </w:endnote>
  <w:endnote w:type="continuationSeparator" w:id="0">
    <w:p w14:paraId="08D51BA1" w14:textId="77777777" w:rsidR="00337552" w:rsidRDefault="00337552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EFE70" w14:textId="77777777" w:rsidR="00F9045B" w:rsidRDefault="00F9045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1C7D6" w14:textId="77777777" w:rsidR="00F9045B" w:rsidRDefault="00F9045B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1A87B" w14:textId="77777777" w:rsidR="00F9045B" w:rsidRDefault="00F9045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08325" w14:textId="77777777" w:rsidR="00337552" w:rsidRDefault="00337552" w:rsidP="00831BF7">
      <w:pPr>
        <w:spacing w:after="0" w:line="240" w:lineRule="auto"/>
      </w:pPr>
      <w:r>
        <w:separator/>
      </w:r>
    </w:p>
  </w:footnote>
  <w:footnote w:type="continuationSeparator" w:id="0">
    <w:p w14:paraId="42FC322D" w14:textId="77777777" w:rsidR="00337552" w:rsidRDefault="00337552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7D2EA" w14:textId="77777777" w:rsidR="00F9045B" w:rsidRDefault="00F9045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F9045B" w14:paraId="2537AF01" w14:textId="77777777" w:rsidTr="00236E0F">
      <w:tc>
        <w:tcPr>
          <w:tcW w:w="1587" w:type="pct"/>
          <w:shd w:val="clear" w:color="auto" w:fill="D9D9D9" w:themeFill="background1" w:themeFillShade="D9"/>
        </w:tcPr>
        <w:p w14:paraId="27E1B366" w14:textId="77777777" w:rsidR="00F9045B" w:rsidRPr="000C3CCC" w:rsidRDefault="00F9045B" w:rsidP="001A3CA7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18AC08C7" w14:textId="77777777" w:rsidR="00F9045B" w:rsidRPr="000C3CCC" w:rsidRDefault="00F9045B" w:rsidP="001A3CA7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1AD98107" w14:textId="77777777" w:rsidR="00F9045B" w:rsidRPr="00756415" w:rsidRDefault="00F9045B" w:rsidP="001A3CA7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ワード数：71語</w:t>
          </w:r>
        </w:p>
      </w:tc>
    </w:tr>
    <w:tr w:rsidR="00F9045B" w14:paraId="34D26B57" w14:textId="77777777" w:rsidTr="00236E0F">
      <w:tc>
        <w:tcPr>
          <w:tcW w:w="1587" w:type="pct"/>
          <w:shd w:val="clear" w:color="auto" w:fill="D9D9D9" w:themeFill="background1" w:themeFillShade="D9"/>
        </w:tcPr>
        <w:p w14:paraId="64417B73" w14:textId="77777777" w:rsidR="00F9045B" w:rsidRPr="000C3CCC" w:rsidRDefault="00F9045B" w:rsidP="001A3CA7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講座1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3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3F29CC8F" w14:textId="77777777" w:rsidR="00F9045B" w:rsidRPr="000C3CCC" w:rsidRDefault="00F9045B" w:rsidP="001A3CA7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4199655D" w14:textId="77777777" w:rsidR="00F9045B" w:rsidRPr="00756415" w:rsidRDefault="00F9045B" w:rsidP="001A3CA7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p.102～109</w:t>
          </w:r>
        </w:p>
      </w:tc>
    </w:tr>
  </w:tbl>
  <w:p w14:paraId="076CB82F" w14:textId="77777777" w:rsidR="00F9045B" w:rsidRPr="001A3CA7" w:rsidRDefault="00F9045B" w:rsidP="007059D3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2D48B" w14:textId="77777777" w:rsidR="00F9045B" w:rsidRDefault="00F9045B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F9045B" w14:paraId="2E26294F" w14:textId="77777777" w:rsidTr="002C1C5F">
      <w:tc>
        <w:tcPr>
          <w:tcW w:w="1587" w:type="pct"/>
          <w:shd w:val="clear" w:color="auto" w:fill="D9D9D9" w:themeFill="background1" w:themeFillShade="D9"/>
        </w:tcPr>
        <w:p w14:paraId="75D9747C" w14:textId="77777777" w:rsidR="00F9045B" w:rsidRPr="000C3CCC" w:rsidRDefault="00F9045B" w:rsidP="00F9045B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3256B85A" w14:textId="77777777" w:rsidR="00F9045B" w:rsidRPr="000C3CCC" w:rsidRDefault="00F9045B" w:rsidP="00F9045B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</w:t>
          </w:r>
          <w:r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②</w:t>
          </w:r>
        </w:p>
      </w:tc>
      <w:tc>
        <w:tcPr>
          <w:tcW w:w="1553" w:type="pct"/>
          <w:vAlign w:val="center"/>
        </w:tcPr>
        <w:p w14:paraId="43EB1F8C" w14:textId="77777777" w:rsidR="00F9045B" w:rsidRPr="00756415" w:rsidRDefault="00F9045B" w:rsidP="00F9045B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ワード数：71語</w:t>
          </w:r>
        </w:p>
      </w:tc>
    </w:tr>
    <w:tr w:rsidR="00F9045B" w14:paraId="4E7C608C" w14:textId="77777777" w:rsidTr="002C1C5F">
      <w:tc>
        <w:tcPr>
          <w:tcW w:w="1587" w:type="pct"/>
          <w:shd w:val="clear" w:color="auto" w:fill="D9D9D9" w:themeFill="background1" w:themeFillShade="D9"/>
        </w:tcPr>
        <w:p w14:paraId="090B8150" w14:textId="77777777" w:rsidR="00F9045B" w:rsidRPr="000C3CCC" w:rsidRDefault="00F9045B" w:rsidP="00F9045B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講座1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3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196C83BA" w14:textId="77777777" w:rsidR="00F9045B" w:rsidRPr="000C3CCC" w:rsidRDefault="00F9045B" w:rsidP="00F9045B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730629BE" w14:textId="77777777" w:rsidR="00F9045B" w:rsidRPr="00756415" w:rsidRDefault="00F9045B" w:rsidP="00F9045B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p.102～109</w:t>
          </w:r>
        </w:p>
      </w:tc>
    </w:tr>
  </w:tbl>
  <w:p w14:paraId="4B3D0B6C" w14:textId="77777777" w:rsidR="00B81828" w:rsidRPr="00B81828" w:rsidRDefault="00B81828" w:rsidP="00B81828">
    <w:pPr>
      <w:pStyle w:val="a5"/>
      <w:rPr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978"/>
    <w:rsid w:val="00034616"/>
    <w:rsid w:val="00034935"/>
    <w:rsid w:val="00042C27"/>
    <w:rsid w:val="0006063C"/>
    <w:rsid w:val="000872EF"/>
    <w:rsid w:val="000B16F3"/>
    <w:rsid w:val="000C3CCC"/>
    <w:rsid w:val="000D1B24"/>
    <w:rsid w:val="000F29C3"/>
    <w:rsid w:val="000F5245"/>
    <w:rsid w:val="0011374E"/>
    <w:rsid w:val="0015074B"/>
    <w:rsid w:val="00153B11"/>
    <w:rsid w:val="001A3CA7"/>
    <w:rsid w:val="001B6C06"/>
    <w:rsid w:val="001B7E1D"/>
    <w:rsid w:val="001E0CB4"/>
    <w:rsid w:val="00231CF0"/>
    <w:rsid w:val="00271699"/>
    <w:rsid w:val="0029639D"/>
    <w:rsid w:val="002A2EF8"/>
    <w:rsid w:val="002A5593"/>
    <w:rsid w:val="002C2BEE"/>
    <w:rsid w:val="002F3F32"/>
    <w:rsid w:val="00301D1E"/>
    <w:rsid w:val="0031576A"/>
    <w:rsid w:val="00323F07"/>
    <w:rsid w:val="00326F90"/>
    <w:rsid w:val="00337552"/>
    <w:rsid w:val="00363A0F"/>
    <w:rsid w:val="00384068"/>
    <w:rsid w:val="00393CD5"/>
    <w:rsid w:val="003A6E38"/>
    <w:rsid w:val="003C62BB"/>
    <w:rsid w:val="003C6605"/>
    <w:rsid w:val="00411AEB"/>
    <w:rsid w:val="00412AF5"/>
    <w:rsid w:val="00421258"/>
    <w:rsid w:val="00426BDE"/>
    <w:rsid w:val="00451F62"/>
    <w:rsid w:val="00467A4A"/>
    <w:rsid w:val="00490222"/>
    <w:rsid w:val="00502F3B"/>
    <w:rsid w:val="00527609"/>
    <w:rsid w:val="005305BC"/>
    <w:rsid w:val="00547174"/>
    <w:rsid w:val="005A75D9"/>
    <w:rsid w:val="006209D2"/>
    <w:rsid w:val="00623997"/>
    <w:rsid w:val="007059D3"/>
    <w:rsid w:val="0074185E"/>
    <w:rsid w:val="00756415"/>
    <w:rsid w:val="007D3BD5"/>
    <w:rsid w:val="00802147"/>
    <w:rsid w:val="00811E41"/>
    <w:rsid w:val="00831BF7"/>
    <w:rsid w:val="00837658"/>
    <w:rsid w:val="00840B1A"/>
    <w:rsid w:val="0085108F"/>
    <w:rsid w:val="00853225"/>
    <w:rsid w:val="008E2A0B"/>
    <w:rsid w:val="008E44D9"/>
    <w:rsid w:val="008E74B3"/>
    <w:rsid w:val="00936042"/>
    <w:rsid w:val="00952210"/>
    <w:rsid w:val="00973083"/>
    <w:rsid w:val="009A7FEE"/>
    <w:rsid w:val="009C2DB0"/>
    <w:rsid w:val="009C70DC"/>
    <w:rsid w:val="009E60D0"/>
    <w:rsid w:val="009E737C"/>
    <w:rsid w:val="00A6260E"/>
    <w:rsid w:val="00A861CE"/>
    <w:rsid w:val="00AA1D8D"/>
    <w:rsid w:val="00AA73C1"/>
    <w:rsid w:val="00AC74CD"/>
    <w:rsid w:val="00AF046B"/>
    <w:rsid w:val="00B0268E"/>
    <w:rsid w:val="00B0687C"/>
    <w:rsid w:val="00B0767F"/>
    <w:rsid w:val="00B33020"/>
    <w:rsid w:val="00B45FC2"/>
    <w:rsid w:val="00B47730"/>
    <w:rsid w:val="00B5311E"/>
    <w:rsid w:val="00B63EFD"/>
    <w:rsid w:val="00B81828"/>
    <w:rsid w:val="00B8479E"/>
    <w:rsid w:val="00BD4333"/>
    <w:rsid w:val="00C22785"/>
    <w:rsid w:val="00C2692F"/>
    <w:rsid w:val="00C84D84"/>
    <w:rsid w:val="00CB0664"/>
    <w:rsid w:val="00CC0839"/>
    <w:rsid w:val="00CD7390"/>
    <w:rsid w:val="00CF3804"/>
    <w:rsid w:val="00D05512"/>
    <w:rsid w:val="00D22954"/>
    <w:rsid w:val="00D40E9B"/>
    <w:rsid w:val="00D41107"/>
    <w:rsid w:val="00D62DAF"/>
    <w:rsid w:val="00D80BF7"/>
    <w:rsid w:val="00DA131B"/>
    <w:rsid w:val="00DA548B"/>
    <w:rsid w:val="00DD3CCA"/>
    <w:rsid w:val="00DE5A77"/>
    <w:rsid w:val="00E10B35"/>
    <w:rsid w:val="00E14B6A"/>
    <w:rsid w:val="00E15D0D"/>
    <w:rsid w:val="00E246AD"/>
    <w:rsid w:val="00E631AD"/>
    <w:rsid w:val="00E6581E"/>
    <w:rsid w:val="00E67A33"/>
    <w:rsid w:val="00E7525A"/>
    <w:rsid w:val="00E92342"/>
    <w:rsid w:val="00EB1507"/>
    <w:rsid w:val="00EC2A19"/>
    <w:rsid w:val="00F13E2D"/>
    <w:rsid w:val="00F83033"/>
    <w:rsid w:val="00F9045B"/>
    <w:rsid w:val="00FB0517"/>
    <w:rsid w:val="00FC693F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678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2025-08-07T08:41:00Z</cp:lastPrinted>
  <dcterms:created xsi:type="dcterms:W3CDTF">2025-09-09T10:29:00Z</dcterms:created>
  <dcterms:modified xsi:type="dcterms:W3CDTF">2025-09-09T10:29:00Z</dcterms:modified>
  <cp:category/>
</cp:coreProperties>
</file>