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9763" w14:textId="77777777" w:rsidR="00442C91" w:rsidRPr="004054E3" w:rsidRDefault="00442C91" w:rsidP="00442C91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D35826A" w14:textId="77777777" w:rsidR="00442C91" w:rsidRDefault="00442C91" w:rsidP="00442C91">
      <w:pPr>
        <w:rPr>
          <w:rFonts w:ascii="Century Schoolbook" w:hAnsi="Century Schoolbook" w:cs="Times New Roman"/>
          <w:sz w:val="24"/>
          <w:lang w:eastAsia="ja-JP"/>
        </w:rPr>
      </w:pPr>
      <w:r w:rsidRPr="00B4273B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Which do you like to eat better for breakfast, rice or bread?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I like rice better than bread.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But I worry about rice in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First, young Japanese people eat bread more often than rice now.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Second, a lot of young people want to work in big cities, so they don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t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make rice.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 xml:space="preserve"> I think rice is one of the most important things for our culture, so we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4"/>
          <w:lang w:eastAsia="ja-JP"/>
        </w:rPr>
        <w:t>should protect it.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442C91" w14:paraId="36AEC329" w14:textId="77777777" w:rsidTr="002C1C5F">
        <w:trPr>
          <w:trHeight w:val="567"/>
        </w:trPr>
        <w:tc>
          <w:tcPr>
            <w:tcW w:w="8362" w:type="dxa"/>
          </w:tcPr>
          <w:p w14:paraId="78D8F7FE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32C977CD" w14:textId="77777777" w:rsidTr="002C1C5F">
        <w:trPr>
          <w:trHeight w:val="567"/>
        </w:trPr>
        <w:tc>
          <w:tcPr>
            <w:tcW w:w="8362" w:type="dxa"/>
          </w:tcPr>
          <w:p w14:paraId="6981C758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55692157" w14:textId="77777777" w:rsidTr="002C1C5F">
        <w:trPr>
          <w:trHeight w:val="567"/>
        </w:trPr>
        <w:tc>
          <w:tcPr>
            <w:tcW w:w="8362" w:type="dxa"/>
          </w:tcPr>
          <w:p w14:paraId="7605BE79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189AB605" w14:textId="77777777" w:rsidTr="002C1C5F">
        <w:trPr>
          <w:trHeight w:val="567"/>
        </w:trPr>
        <w:tc>
          <w:tcPr>
            <w:tcW w:w="8362" w:type="dxa"/>
          </w:tcPr>
          <w:p w14:paraId="3D30EA56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40CA0898" w14:textId="77777777" w:rsidTr="002C1C5F">
        <w:trPr>
          <w:trHeight w:val="567"/>
        </w:trPr>
        <w:tc>
          <w:tcPr>
            <w:tcW w:w="8362" w:type="dxa"/>
          </w:tcPr>
          <w:p w14:paraId="024589F4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3CA60D33" w14:textId="77777777" w:rsidTr="002C1C5F">
        <w:trPr>
          <w:trHeight w:val="567"/>
        </w:trPr>
        <w:tc>
          <w:tcPr>
            <w:tcW w:w="8362" w:type="dxa"/>
          </w:tcPr>
          <w:p w14:paraId="21B8767B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61BBEB0A" w14:textId="77777777" w:rsidTr="002C1C5F">
        <w:trPr>
          <w:trHeight w:val="567"/>
        </w:trPr>
        <w:tc>
          <w:tcPr>
            <w:tcW w:w="8362" w:type="dxa"/>
          </w:tcPr>
          <w:p w14:paraId="49552010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60DD5160" w14:textId="77777777" w:rsidTr="002C1C5F">
        <w:trPr>
          <w:trHeight w:val="567"/>
        </w:trPr>
        <w:tc>
          <w:tcPr>
            <w:tcW w:w="8362" w:type="dxa"/>
          </w:tcPr>
          <w:p w14:paraId="0134C7B0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61920296" w14:textId="77777777" w:rsidTr="002C1C5F">
        <w:trPr>
          <w:trHeight w:val="567"/>
        </w:trPr>
        <w:tc>
          <w:tcPr>
            <w:tcW w:w="8362" w:type="dxa"/>
          </w:tcPr>
          <w:p w14:paraId="2587B0AF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1F0DF04E" w14:textId="77777777" w:rsidTr="002C1C5F">
        <w:trPr>
          <w:trHeight w:val="567"/>
        </w:trPr>
        <w:tc>
          <w:tcPr>
            <w:tcW w:w="8362" w:type="dxa"/>
          </w:tcPr>
          <w:p w14:paraId="397A2C9A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513F7D2D" w14:textId="77777777" w:rsidTr="002C1C5F">
        <w:trPr>
          <w:trHeight w:val="567"/>
        </w:trPr>
        <w:tc>
          <w:tcPr>
            <w:tcW w:w="8362" w:type="dxa"/>
          </w:tcPr>
          <w:p w14:paraId="74C8AA70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4A093BE6" w14:textId="77777777" w:rsidTr="002C1C5F">
        <w:trPr>
          <w:trHeight w:val="567"/>
        </w:trPr>
        <w:tc>
          <w:tcPr>
            <w:tcW w:w="8362" w:type="dxa"/>
          </w:tcPr>
          <w:p w14:paraId="0BB2162C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779C7A4F" w14:textId="77777777" w:rsidTr="002C1C5F">
        <w:trPr>
          <w:trHeight w:val="567"/>
        </w:trPr>
        <w:tc>
          <w:tcPr>
            <w:tcW w:w="8362" w:type="dxa"/>
          </w:tcPr>
          <w:p w14:paraId="5F4BBCF2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187F7C53" w14:textId="77777777" w:rsidTr="002C1C5F">
        <w:trPr>
          <w:trHeight w:val="567"/>
        </w:trPr>
        <w:tc>
          <w:tcPr>
            <w:tcW w:w="8362" w:type="dxa"/>
          </w:tcPr>
          <w:p w14:paraId="490D2634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D1310D" w14:textId="77777777" w:rsidR="00442C91" w:rsidRDefault="00442C91" w:rsidP="00442C91">
      <w:pPr>
        <w:rPr>
          <w:lang w:eastAsia="ja-JP"/>
        </w:rPr>
        <w:sectPr w:rsidR="00442C91" w:rsidSect="00442C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D53A2B5" w14:textId="77777777" w:rsidR="00442C91" w:rsidRPr="009408BE" w:rsidRDefault="00442C91" w:rsidP="00442C91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0C2AC3" wp14:editId="23D143AC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59410" cy="359410"/>
            <wp:effectExtent l="0" t="0" r="2540" b="2540"/>
            <wp:wrapNone/>
            <wp:docPr id="8478853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853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C95AB48" w14:textId="77777777" w:rsidR="00442C91" w:rsidRPr="0098484B" w:rsidRDefault="00442C91" w:rsidP="00442C91">
      <w:pPr>
        <w:rPr>
          <w:rFonts w:ascii="Century Schoolbook" w:hAnsi="Century Schoolbook" w:cs="Times New Roman"/>
          <w:szCs w:val="21"/>
          <w:lang w:eastAsia="ja-JP"/>
        </w:rPr>
      </w:pP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あなたは朝食にご飯とパンのどちらを食べるのが好きですか。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私はパンよりご飯が好きです。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でも、私は日本の米について心配しています。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まず、今、若い日本の人々はご飯よりもパンをよく食べます。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次に、たくさんの若い人々が大都市で働きたがるので、彼らは米を作りません。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私は米は私たちの文化にとって最も大切なものの１つだと思います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だから私たち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4273B">
        <w:rPr>
          <w:rFonts w:ascii="Century Schoolbook" w:hAnsi="Century Schoolbook" w:cs="Times New Roman" w:hint="eastAsia"/>
          <w:sz w:val="21"/>
          <w:szCs w:val="20"/>
          <w:lang w:eastAsia="ja-JP"/>
        </w:rPr>
        <w:t>はそれを守るべきです。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442C91" w14:paraId="3B1C5E0B" w14:textId="77777777" w:rsidTr="002C1C5F">
        <w:trPr>
          <w:trHeight w:val="567"/>
        </w:trPr>
        <w:tc>
          <w:tcPr>
            <w:tcW w:w="8362" w:type="dxa"/>
          </w:tcPr>
          <w:p w14:paraId="74D8C577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0FC67925" w14:textId="77777777" w:rsidTr="002C1C5F">
        <w:trPr>
          <w:trHeight w:val="567"/>
        </w:trPr>
        <w:tc>
          <w:tcPr>
            <w:tcW w:w="8362" w:type="dxa"/>
          </w:tcPr>
          <w:p w14:paraId="4A50908E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5A08AF31" w14:textId="77777777" w:rsidTr="002C1C5F">
        <w:trPr>
          <w:trHeight w:val="567"/>
        </w:trPr>
        <w:tc>
          <w:tcPr>
            <w:tcW w:w="8362" w:type="dxa"/>
          </w:tcPr>
          <w:p w14:paraId="4C2246F3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1FD06AB2" w14:textId="77777777" w:rsidTr="002C1C5F">
        <w:trPr>
          <w:trHeight w:val="567"/>
        </w:trPr>
        <w:tc>
          <w:tcPr>
            <w:tcW w:w="8362" w:type="dxa"/>
          </w:tcPr>
          <w:p w14:paraId="1A35DF9E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4156FBCD" w14:textId="77777777" w:rsidTr="002C1C5F">
        <w:trPr>
          <w:trHeight w:val="567"/>
        </w:trPr>
        <w:tc>
          <w:tcPr>
            <w:tcW w:w="8362" w:type="dxa"/>
          </w:tcPr>
          <w:p w14:paraId="1999EE48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38D18727" w14:textId="77777777" w:rsidTr="002C1C5F">
        <w:trPr>
          <w:trHeight w:val="567"/>
        </w:trPr>
        <w:tc>
          <w:tcPr>
            <w:tcW w:w="8362" w:type="dxa"/>
          </w:tcPr>
          <w:p w14:paraId="4106B16D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3C13172D" w14:textId="77777777" w:rsidTr="002C1C5F">
        <w:trPr>
          <w:trHeight w:val="567"/>
        </w:trPr>
        <w:tc>
          <w:tcPr>
            <w:tcW w:w="8362" w:type="dxa"/>
          </w:tcPr>
          <w:p w14:paraId="593AB3DD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464443E7" w14:textId="77777777" w:rsidTr="002C1C5F">
        <w:trPr>
          <w:trHeight w:val="567"/>
        </w:trPr>
        <w:tc>
          <w:tcPr>
            <w:tcW w:w="8362" w:type="dxa"/>
          </w:tcPr>
          <w:p w14:paraId="436CF6C9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142A8546" w14:textId="77777777" w:rsidTr="002C1C5F">
        <w:trPr>
          <w:trHeight w:val="567"/>
        </w:trPr>
        <w:tc>
          <w:tcPr>
            <w:tcW w:w="8362" w:type="dxa"/>
          </w:tcPr>
          <w:p w14:paraId="43EDC850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599CE3F3" w14:textId="77777777" w:rsidTr="002C1C5F">
        <w:trPr>
          <w:trHeight w:val="567"/>
        </w:trPr>
        <w:tc>
          <w:tcPr>
            <w:tcW w:w="8362" w:type="dxa"/>
          </w:tcPr>
          <w:p w14:paraId="3E478A99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5BDC5CA7" w14:textId="77777777" w:rsidTr="002C1C5F">
        <w:trPr>
          <w:trHeight w:val="567"/>
        </w:trPr>
        <w:tc>
          <w:tcPr>
            <w:tcW w:w="8362" w:type="dxa"/>
          </w:tcPr>
          <w:p w14:paraId="72E1CF58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0AFBE9F0" w14:textId="77777777" w:rsidTr="002C1C5F">
        <w:trPr>
          <w:trHeight w:val="567"/>
        </w:trPr>
        <w:tc>
          <w:tcPr>
            <w:tcW w:w="8362" w:type="dxa"/>
          </w:tcPr>
          <w:p w14:paraId="2FDB4BE9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25FEC885" w14:textId="77777777" w:rsidTr="002C1C5F">
        <w:trPr>
          <w:trHeight w:val="567"/>
        </w:trPr>
        <w:tc>
          <w:tcPr>
            <w:tcW w:w="8362" w:type="dxa"/>
          </w:tcPr>
          <w:p w14:paraId="7D4A49D1" w14:textId="77777777" w:rsidR="00442C91" w:rsidRDefault="00442C91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442C91" w14:paraId="76BB2A1A" w14:textId="77777777" w:rsidTr="002C1C5F">
        <w:trPr>
          <w:trHeight w:val="567"/>
        </w:trPr>
        <w:tc>
          <w:tcPr>
            <w:tcW w:w="8362" w:type="dxa"/>
          </w:tcPr>
          <w:p w14:paraId="3A5F57E1" w14:textId="77777777" w:rsidR="00442C91" w:rsidRPr="00DA4AB5" w:rsidRDefault="00442C91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54B1FB6" w14:textId="77777777" w:rsidR="00442C91" w:rsidRPr="00540EBF" w:rsidRDefault="00442C91" w:rsidP="00442C91">
      <w:pPr>
        <w:rPr>
          <w:lang w:eastAsia="ja-JP"/>
        </w:rPr>
      </w:pPr>
    </w:p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198A" w14:textId="77777777" w:rsidR="00442C91" w:rsidRDefault="00442C9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8FC6" w14:textId="77777777" w:rsidR="00442C91" w:rsidRDefault="00442C9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C02F" w14:textId="77777777" w:rsidR="00442C91" w:rsidRDefault="00442C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AEC4" w14:textId="77777777" w:rsidR="00442C91" w:rsidRDefault="00442C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442C91" w14:paraId="736D79FD" w14:textId="77777777" w:rsidTr="00236E0F">
      <w:tc>
        <w:tcPr>
          <w:tcW w:w="1587" w:type="pct"/>
          <w:shd w:val="clear" w:color="auto" w:fill="D9D9D9" w:themeFill="background1" w:themeFillShade="D9"/>
        </w:tcPr>
        <w:p w14:paraId="2E1DE63E" w14:textId="77777777" w:rsidR="00442C91" w:rsidRPr="000C3CCC" w:rsidRDefault="00442C91" w:rsidP="0038406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C169A4F" w14:textId="77777777" w:rsidR="00442C91" w:rsidRPr="000C3CCC" w:rsidRDefault="00442C91" w:rsidP="0038406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1A2AB4F9" w14:textId="77777777" w:rsidR="00442C91" w:rsidRPr="00756415" w:rsidRDefault="00442C91" w:rsidP="0038406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442C91" w14:paraId="6A887BA3" w14:textId="77777777" w:rsidTr="00236E0F">
      <w:tc>
        <w:tcPr>
          <w:tcW w:w="1587" w:type="pct"/>
          <w:shd w:val="clear" w:color="auto" w:fill="D9D9D9" w:themeFill="background1" w:themeFillShade="D9"/>
        </w:tcPr>
        <w:p w14:paraId="49EDCE54" w14:textId="77777777" w:rsidR="00442C91" w:rsidRPr="000C3CCC" w:rsidRDefault="00442C91" w:rsidP="0038406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7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3114A40" w14:textId="77777777" w:rsidR="00442C91" w:rsidRPr="000C3CCC" w:rsidRDefault="00442C91" w:rsidP="0038406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95A5C02" w14:textId="77777777" w:rsidR="00442C91" w:rsidRPr="00756415" w:rsidRDefault="00442C91" w:rsidP="0038406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p.134～141</w:t>
          </w:r>
        </w:p>
      </w:tc>
    </w:tr>
  </w:tbl>
  <w:p w14:paraId="10FBFDED" w14:textId="77777777" w:rsidR="00442C91" w:rsidRPr="00384068" w:rsidRDefault="00442C91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1797" w14:textId="77777777" w:rsidR="00442C91" w:rsidRDefault="00442C9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442C91" w14:paraId="17278A9A" w14:textId="77777777" w:rsidTr="002C1C5F">
      <w:tc>
        <w:tcPr>
          <w:tcW w:w="1587" w:type="pct"/>
          <w:shd w:val="clear" w:color="auto" w:fill="D9D9D9" w:themeFill="background1" w:themeFillShade="D9"/>
        </w:tcPr>
        <w:p w14:paraId="0640AF68" w14:textId="77777777" w:rsidR="00442C91" w:rsidRPr="000C3CCC" w:rsidRDefault="00442C91" w:rsidP="00442C91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A95E4A5" w14:textId="77777777" w:rsidR="00442C91" w:rsidRPr="000C3CCC" w:rsidRDefault="00442C91" w:rsidP="00442C9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3719329" w14:textId="77777777" w:rsidR="00442C91" w:rsidRPr="00756415" w:rsidRDefault="00442C91" w:rsidP="00442C9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442C91" w14:paraId="540AEABA" w14:textId="77777777" w:rsidTr="002C1C5F">
      <w:tc>
        <w:tcPr>
          <w:tcW w:w="1587" w:type="pct"/>
          <w:shd w:val="clear" w:color="auto" w:fill="D9D9D9" w:themeFill="background1" w:themeFillShade="D9"/>
        </w:tcPr>
        <w:p w14:paraId="62FCEF57" w14:textId="77777777" w:rsidR="00442C91" w:rsidRPr="000C3CCC" w:rsidRDefault="00442C91" w:rsidP="00442C9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7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C76BBB1" w14:textId="77777777" w:rsidR="00442C91" w:rsidRPr="000C3CCC" w:rsidRDefault="00442C91" w:rsidP="00442C9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20B3C09" w14:textId="77777777" w:rsidR="00442C91" w:rsidRPr="00756415" w:rsidRDefault="00442C91" w:rsidP="00442C9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p.134～141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42C91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2025-09-09T10:32:00Z</dcterms:created>
  <dcterms:modified xsi:type="dcterms:W3CDTF">2025-09-09T10:32:00Z</dcterms:modified>
  <cp:category/>
</cp:coreProperties>
</file>