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66C66" w14:textId="77777777" w:rsidR="005F0D78" w:rsidRPr="004054E3" w:rsidRDefault="005F0D78" w:rsidP="005F0D78">
      <w:pPr>
        <w:pStyle w:val="aa"/>
        <w:rPr>
          <w:sz w:val="24"/>
          <w:szCs w:val="24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日本語にしな</w:t>
      </w:r>
      <w:r w:rsidRPr="004054E3">
        <w:rPr>
          <w:sz w:val="24"/>
          <w:szCs w:val="24"/>
          <w:lang w:eastAsia="ja-JP"/>
        </w:rPr>
        <w:t>さい</w:t>
      </w:r>
    </w:p>
    <w:p w14:paraId="29C9577A" w14:textId="77777777" w:rsidR="005F0D78" w:rsidRDefault="005F0D78" w:rsidP="005F0D78">
      <w:pPr>
        <w:rPr>
          <w:rFonts w:ascii="Century Schoolbook" w:hAnsi="Century Schoolbook" w:cs="Times New Roman"/>
          <w:sz w:val="24"/>
          <w:lang w:eastAsia="ja-JP"/>
        </w:rPr>
      </w:pPr>
      <w:r w:rsidRPr="00BC59F3">
        <w:rPr>
          <w:rFonts w:ascii="Century Schoolbook" w:hAnsi="Century Schoolbook" w:cs="Times New Roman" w:hint="eastAsia"/>
          <w:sz w:val="24"/>
          <w:lang w:eastAsia="ja-JP"/>
        </w:rPr>
        <w:t>①</w:t>
      </w:r>
      <w:r w:rsidRPr="00BC59F3">
        <w:rPr>
          <w:rFonts w:ascii="Century Schoolbook" w:hAnsi="Century Schoolbook" w:cs="Times New Roman" w:hint="eastAsia"/>
          <w:sz w:val="24"/>
          <w:lang w:eastAsia="ja-JP"/>
        </w:rPr>
        <w:t xml:space="preserve"> Tom saw a shocking picture from a poor country.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BC59F3">
        <w:rPr>
          <w:rFonts w:ascii="Century Schoolbook" w:hAnsi="Century Schoolbook" w:cs="Times New Roman" w:hint="eastAsia"/>
          <w:sz w:val="24"/>
          <w:lang w:eastAsia="ja-JP"/>
        </w:rPr>
        <w:t>②</w:t>
      </w:r>
      <w:r w:rsidRPr="00BC59F3">
        <w:rPr>
          <w:rFonts w:ascii="Century Schoolbook" w:hAnsi="Century Schoolbook" w:cs="Times New Roman" w:hint="eastAsia"/>
          <w:sz w:val="24"/>
          <w:lang w:eastAsia="ja-JP"/>
        </w:rPr>
        <w:t xml:space="preserve"> A lot of children were lying on the streets.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BC59F3">
        <w:rPr>
          <w:rFonts w:ascii="Century Schoolbook" w:hAnsi="Century Schoolbook" w:cs="Times New Roman" w:hint="eastAsia"/>
          <w:sz w:val="24"/>
          <w:lang w:eastAsia="ja-JP"/>
        </w:rPr>
        <w:t>③</w:t>
      </w:r>
      <w:r w:rsidRPr="00BC59F3">
        <w:rPr>
          <w:rFonts w:ascii="Century Schoolbook" w:hAnsi="Century Schoolbook" w:cs="Times New Roman" w:hint="eastAsia"/>
          <w:sz w:val="24"/>
          <w:lang w:eastAsia="ja-JP"/>
        </w:rPr>
        <w:t xml:space="preserve"> He learned,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>④</w:t>
      </w:r>
      <w:r w:rsidRPr="00BC59F3"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BC59F3">
        <w:rPr>
          <w:rFonts w:ascii="Century Schoolbook" w:hAnsi="Century Schoolbook" w:cs="Times New Roman" w:hint="eastAsia"/>
          <w:sz w:val="24"/>
          <w:lang w:eastAsia="ja-JP"/>
        </w:rPr>
        <w:t>“</w:t>
      </w:r>
      <w:r w:rsidRPr="00BC59F3">
        <w:rPr>
          <w:rFonts w:ascii="Century Schoolbook" w:hAnsi="Century Schoolbook" w:cs="Times New Roman" w:hint="eastAsia"/>
          <w:sz w:val="24"/>
          <w:lang w:eastAsia="ja-JP"/>
        </w:rPr>
        <w:t>Some of the children have diseases, and they</w:t>
      </w:r>
      <w:r>
        <w:rPr>
          <w:rFonts w:ascii="Century Schoolbook" w:hAnsi="Century Schoolbook" w:cs="Times New Roman"/>
          <w:sz w:val="24"/>
          <w:lang w:eastAsia="ja-JP"/>
        </w:rPr>
        <w:t>’</w:t>
      </w:r>
      <w:r w:rsidRPr="00BC59F3">
        <w:rPr>
          <w:rFonts w:ascii="Century Schoolbook" w:hAnsi="Century Schoolbook" w:cs="Times New Roman" w:hint="eastAsia"/>
          <w:sz w:val="24"/>
          <w:lang w:eastAsia="ja-JP"/>
        </w:rPr>
        <w:t>re dying.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>⑤</w:t>
      </w:r>
      <w:r w:rsidRPr="00BC59F3">
        <w:rPr>
          <w:rFonts w:ascii="Century Schoolbook" w:hAnsi="Century Schoolbook" w:cs="Times New Roman" w:hint="eastAsia"/>
          <w:sz w:val="24"/>
          <w:lang w:eastAsia="ja-JP"/>
        </w:rPr>
        <w:t xml:space="preserve"> They need medicine.</w:t>
      </w:r>
      <w:r w:rsidRPr="00BC59F3">
        <w:rPr>
          <w:rFonts w:ascii="Century Schoolbook" w:hAnsi="Century Schoolbook" w:cs="Times New Roman" w:hint="eastAsia"/>
          <w:sz w:val="24"/>
          <w:lang w:eastAsia="ja-JP"/>
        </w:rPr>
        <w:t>”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>⑥</w:t>
      </w:r>
      <w:r w:rsidRPr="00BC59F3">
        <w:rPr>
          <w:rFonts w:ascii="Century Schoolbook" w:hAnsi="Century Schoolbook" w:cs="Times New Roman" w:hint="eastAsia"/>
          <w:sz w:val="24"/>
          <w:lang w:eastAsia="ja-JP"/>
        </w:rPr>
        <w:t xml:space="preserve"> He found a homepage on the Internet.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>⑦</w:t>
      </w:r>
      <w:r w:rsidRPr="00BC59F3">
        <w:rPr>
          <w:rFonts w:ascii="Century Schoolbook" w:hAnsi="Century Schoolbook" w:cs="Times New Roman" w:hint="eastAsia"/>
          <w:sz w:val="24"/>
          <w:lang w:eastAsia="ja-JP"/>
        </w:rPr>
        <w:t xml:space="preserve"> It said,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>⑧</w:t>
      </w:r>
      <w:r w:rsidRPr="00BC59F3"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BC59F3">
        <w:rPr>
          <w:rFonts w:ascii="Century Schoolbook" w:hAnsi="Century Schoolbook" w:cs="Times New Roman" w:hint="eastAsia"/>
          <w:sz w:val="24"/>
          <w:lang w:eastAsia="ja-JP"/>
        </w:rPr>
        <w:t>“</w:t>
      </w:r>
      <w:r w:rsidRPr="00BC59F3">
        <w:rPr>
          <w:rFonts w:ascii="Century Schoolbook" w:hAnsi="Century Schoolbook" w:cs="Times New Roman" w:hint="eastAsia"/>
          <w:sz w:val="24"/>
          <w:lang w:eastAsia="ja-JP"/>
        </w:rPr>
        <w:t>Save poor children.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>⑨</w:t>
      </w:r>
      <w:r w:rsidRPr="00BC59F3">
        <w:rPr>
          <w:rFonts w:ascii="Century Schoolbook" w:hAnsi="Century Schoolbook" w:cs="Times New Roman" w:hint="eastAsia"/>
          <w:sz w:val="24"/>
          <w:lang w:eastAsia="ja-JP"/>
        </w:rPr>
        <w:t xml:space="preserve"> In this campaign, people collect plastic bottle caps.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>⑩</w:t>
      </w:r>
      <w:r w:rsidRPr="00BC59F3">
        <w:rPr>
          <w:rFonts w:ascii="Century Schoolbook" w:hAnsi="Century Schoolbook" w:cs="Times New Roman" w:hint="eastAsia"/>
          <w:sz w:val="24"/>
          <w:lang w:eastAsia="ja-JP"/>
        </w:rPr>
        <w:t xml:space="preserve"> With eight hundred caps, they can get money and buy medicine for a 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BC59F3">
        <w:rPr>
          <w:rFonts w:ascii="Century Schoolbook" w:hAnsi="Century Schoolbook" w:cs="Times New Roman" w:hint="eastAsia"/>
          <w:sz w:val="24"/>
          <w:lang w:eastAsia="ja-JP"/>
        </w:rPr>
        <w:t>child.</w:t>
      </w:r>
      <w:r w:rsidRPr="00BC59F3">
        <w:rPr>
          <w:rFonts w:ascii="Century Schoolbook" w:hAnsi="Century Schoolbook" w:cs="Times New Roman" w:hint="eastAsia"/>
          <w:sz w:val="24"/>
          <w:lang w:eastAsia="ja-JP"/>
        </w:rPr>
        <w:t>”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5F0D78" w14:paraId="709F2C7F" w14:textId="77777777" w:rsidTr="002C1C5F">
        <w:trPr>
          <w:trHeight w:val="567"/>
        </w:trPr>
        <w:tc>
          <w:tcPr>
            <w:tcW w:w="8362" w:type="dxa"/>
          </w:tcPr>
          <w:p w14:paraId="2C2DB5AB" w14:textId="77777777" w:rsidR="005F0D78" w:rsidRDefault="005F0D78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F0D78" w14:paraId="79D5A132" w14:textId="77777777" w:rsidTr="002C1C5F">
        <w:trPr>
          <w:trHeight w:val="567"/>
        </w:trPr>
        <w:tc>
          <w:tcPr>
            <w:tcW w:w="8362" w:type="dxa"/>
          </w:tcPr>
          <w:p w14:paraId="257AFA00" w14:textId="77777777" w:rsidR="005F0D78" w:rsidRDefault="005F0D78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F0D78" w14:paraId="7BD07734" w14:textId="77777777" w:rsidTr="002C1C5F">
        <w:trPr>
          <w:trHeight w:val="567"/>
        </w:trPr>
        <w:tc>
          <w:tcPr>
            <w:tcW w:w="8362" w:type="dxa"/>
          </w:tcPr>
          <w:p w14:paraId="1395FB25" w14:textId="77777777" w:rsidR="005F0D78" w:rsidRDefault="005F0D78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F0D78" w14:paraId="7111A3FA" w14:textId="77777777" w:rsidTr="002C1C5F">
        <w:trPr>
          <w:trHeight w:val="567"/>
        </w:trPr>
        <w:tc>
          <w:tcPr>
            <w:tcW w:w="8362" w:type="dxa"/>
          </w:tcPr>
          <w:p w14:paraId="077A1203" w14:textId="77777777" w:rsidR="005F0D78" w:rsidRDefault="005F0D78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F0D78" w14:paraId="5F0CBE3D" w14:textId="77777777" w:rsidTr="002C1C5F">
        <w:trPr>
          <w:trHeight w:val="567"/>
        </w:trPr>
        <w:tc>
          <w:tcPr>
            <w:tcW w:w="8362" w:type="dxa"/>
          </w:tcPr>
          <w:p w14:paraId="4CCC9213" w14:textId="77777777" w:rsidR="005F0D78" w:rsidRDefault="005F0D78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F0D78" w14:paraId="036F49DF" w14:textId="77777777" w:rsidTr="002C1C5F">
        <w:trPr>
          <w:trHeight w:val="567"/>
        </w:trPr>
        <w:tc>
          <w:tcPr>
            <w:tcW w:w="8362" w:type="dxa"/>
          </w:tcPr>
          <w:p w14:paraId="06EB141D" w14:textId="77777777" w:rsidR="005F0D78" w:rsidRDefault="005F0D78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F0D78" w14:paraId="24FBAB32" w14:textId="77777777" w:rsidTr="002C1C5F">
        <w:trPr>
          <w:trHeight w:val="567"/>
        </w:trPr>
        <w:tc>
          <w:tcPr>
            <w:tcW w:w="8362" w:type="dxa"/>
          </w:tcPr>
          <w:p w14:paraId="5F719F5D" w14:textId="77777777" w:rsidR="005F0D78" w:rsidRDefault="005F0D78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F0D78" w14:paraId="61C0D9E3" w14:textId="77777777" w:rsidTr="002C1C5F">
        <w:trPr>
          <w:trHeight w:val="567"/>
        </w:trPr>
        <w:tc>
          <w:tcPr>
            <w:tcW w:w="8362" w:type="dxa"/>
          </w:tcPr>
          <w:p w14:paraId="65E37308" w14:textId="77777777" w:rsidR="005F0D78" w:rsidRDefault="005F0D78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F0D78" w14:paraId="7B9DBBDF" w14:textId="77777777" w:rsidTr="002C1C5F">
        <w:trPr>
          <w:trHeight w:val="567"/>
        </w:trPr>
        <w:tc>
          <w:tcPr>
            <w:tcW w:w="8362" w:type="dxa"/>
          </w:tcPr>
          <w:p w14:paraId="3E73CD74" w14:textId="77777777" w:rsidR="005F0D78" w:rsidRDefault="005F0D78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F0D78" w14:paraId="62D8030A" w14:textId="77777777" w:rsidTr="002C1C5F">
        <w:trPr>
          <w:trHeight w:val="567"/>
        </w:trPr>
        <w:tc>
          <w:tcPr>
            <w:tcW w:w="8362" w:type="dxa"/>
          </w:tcPr>
          <w:p w14:paraId="6D3D46F4" w14:textId="77777777" w:rsidR="005F0D78" w:rsidRDefault="005F0D78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F0D78" w14:paraId="63232637" w14:textId="77777777" w:rsidTr="002C1C5F">
        <w:trPr>
          <w:trHeight w:val="567"/>
        </w:trPr>
        <w:tc>
          <w:tcPr>
            <w:tcW w:w="8362" w:type="dxa"/>
          </w:tcPr>
          <w:p w14:paraId="13F96EFA" w14:textId="77777777" w:rsidR="005F0D78" w:rsidRDefault="005F0D78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F0D78" w14:paraId="37AFB1E9" w14:textId="77777777" w:rsidTr="002C1C5F">
        <w:trPr>
          <w:trHeight w:val="567"/>
        </w:trPr>
        <w:tc>
          <w:tcPr>
            <w:tcW w:w="8362" w:type="dxa"/>
          </w:tcPr>
          <w:p w14:paraId="567DEB10" w14:textId="77777777" w:rsidR="005F0D78" w:rsidRDefault="005F0D78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6A48FD1A" w14:textId="77777777" w:rsidR="005F0D78" w:rsidRDefault="005F0D78" w:rsidP="005F0D78">
      <w:pPr>
        <w:rPr>
          <w:lang w:eastAsia="ja-JP"/>
        </w:rPr>
        <w:sectPr w:rsidR="005F0D78" w:rsidSect="005F0D7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0318" w:h="14570" w:code="13"/>
          <w:pgMar w:top="1134" w:right="1077" w:bottom="851" w:left="1077" w:header="567" w:footer="567" w:gutter="0"/>
          <w:cols w:space="720"/>
          <w:docGrid w:linePitch="360"/>
        </w:sectPr>
      </w:pPr>
    </w:p>
    <w:p w14:paraId="0D22B6E6" w14:textId="77777777" w:rsidR="005F0D78" w:rsidRPr="009408BE" w:rsidRDefault="005F0D78" w:rsidP="005F0D78">
      <w:pPr>
        <w:pStyle w:val="aa"/>
        <w:rPr>
          <w:sz w:val="22"/>
          <w:szCs w:val="22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英語にしな</w:t>
      </w:r>
      <w:r w:rsidRPr="004054E3">
        <w:rPr>
          <w:sz w:val="24"/>
          <w:szCs w:val="24"/>
          <w:lang w:eastAsia="ja-JP"/>
        </w:rPr>
        <w:t>さい</w:t>
      </w:r>
      <w:r w:rsidRPr="004054E3">
        <w:rPr>
          <w:rFonts w:hint="eastAsia"/>
          <w:sz w:val="24"/>
          <w:szCs w:val="24"/>
          <w:lang w:eastAsia="ja-JP"/>
        </w:rPr>
        <w:t xml:space="preserve">　　</w:t>
      </w:r>
      <w:r>
        <w:rPr>
          <w:rFonts w:hint="eastAsia"/>
          <w:sz w:val="22"/>
          <w:szCs w:val="22"/>
          <w:lang w:eastAsia="ja-JP"/>
        </w:rPr>
        <w:t xml:space="preserve">　　　　　　　　　　</w:t>
      </w:r>
    </w:p>
    <w:p w14:paraId="07CF50FA" w14:textId="77777777" w:rsidR="005F0D78" w:rsidRPr="0098484B" w:rsidRDefault="005F0D78" w:rsidP="005F0D78">
      <w:pPr>
        <w:rPr>
          <w:rFonts w:ascii="Century Schoolbook" w:hAnsi="Century Schoolbook" w:cs="Times New Roman"/>
          <w:szCs w:val="21"/>
          <w:lang w:eastAsia="ja-JP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7A921FC" wp14:editId="7E897571">
            <wp:simplePos x="0" y="0"/>
            <wp:positionH relativeFrom="column">
              <wp:posOffset>4820285</wp:posOffset>
            </wp:positionH>
            <wp:positionV relativeFrom="paragraph">
              <wp:posOffset>-586105</wp:posOffset>
            </wp:positionV>
            <wp:extent cx="360000" cy="360000"/>
            <wp:effectExtent l="0" t="0" r="2540" b="2540"/>
            <wp:wrapNone/>
            <wp:docPr id="44465387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65387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59F3">
        <w:rPr>
          <w:rFonts w:ascii="Century Schoolbook" w:hAnsi="Century Schoolbook" w:cs="Times New Roman" w:hint="eastAsia"/>
          <w:sz w:val="21"/>
          <w:szCs w:val="20"/>
          <w:lang w:eastAsia="ja-JP"/>
        </w:rPr>
        <w:t>①</w:t>
      </w:r>
      <w:r w:rsidRPr="00BC59F3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BC59F3">
        <w:rPr>
          <w:rFonts w:ascii="Century Schoolbook" w:hAnsi="Century Schoolbook" w:cs="Times New Roman" w:hint="eastAsia"/>
          <w:sz w:val="21"/>
          <w:szCs w:val="20"/>
          <w:lang w:eastAsia="ja-JP"/>
        </w:rPr>
        <w:t>トムはある貧しい国の衝撃的な写真を見ました。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BC59F3">
        <w:rPr>
          <w:rFonts w:ascii="Century Schoolbook" w:hAnsi="Century Schoolbook" w:cs="Times New Roman" w:hint="eastAsia"/>
          <w:sz w:val="21"/>
          <w:szCs w:val="20"/>
          <w:lang w:eastAsia="ja-JP"/>
        </w:rPr>
        <w:t>②</w:t>
      </w:r>
      <w:r w:rsidRPr="00BC59F3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BC59F3">
        <w:rPr>
          <w:rFonts w:ascii="Century Schoolbook" w:hAnsi="Century Schoolbook" w:cs="Times New Roman" w:hint="eastAsia"/>
          <w:sz w:val="21"/>
          <w:szCs w:val="20"/>
          <w:lang w:eastAsia="ja-JP"/>
        </w:rPr>
        <w:t>たくさんの子どもたちが、通りに横たわっていたのです。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BC59F3">
        <w:rPr>
          <w:rFonts w:ascii="Century Schoolbook" w:hAnsi="Century Schoolbook" w:cs="Times New Roman" w:hint="eastAsia"/>
          <w:sz w:val="21"/>
          <w:szCs w:val="20"/>
          <w:lang w:eastAsia="ja-JP"/>
        </w:rPr>
        <w:t>③</w:t>
      </w:r>
      <w:r w:rsidRPr="00BC59F3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BC59F3">
        <w:rPr>
          <w:rFonts w:ascii="Century Schoolbook" w:hAnsi="Century Schoolbook" w:cs="Times New Roman" w:hint="eastAsia"/>
          <w:sz w:val="21"/>
          <w:szCs w:val="20"/>
          <w:lang w:eastAsia="ja-JP"/>
        </w:rPr>
        <w:t>彼は知りました</w:t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、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④</w:t>
      </w:r>
      <w:r w:rsidRPr="00BC59F3">
        <w:rPr>
          <w:rFonts w:ascii="Century Schoolbook" w:hAnsi="Century Schoolbook" w:cs="Times New Roman" w:hint="eastAsia"/>
          <w:sz w:val="21"/>
          <w:szCs w:val="20"/>
          <w:lang w:eastAsia="ja-JP"/>
        </w:rPr>
        <w:t>「それらの子どもたちの中には病気の子もいて、死にかけている。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⑤</w:t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BC59F3">
        <w:rPr>
          <w:rFonts w:ascii="Century Schoolbook" w:hAnsi="Century Schoolbook" w:cs="Times New Roman" w:hint="eastAsia"/>
          <w:sz w:val="21"/>
          <w:szCs w:val="20"/>
          <w:lang w:eastAsia="ja-JP"/>
        </w:rPr>
        <w:t>彼らは薬を必要としている」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⑥</w:t>
      </w:r>
      <w:r w:rsidRPr="00BC59F3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BC59F3">
        <w:rPr>
          <w:rFonts w:ascii="Century Schoolbook" w:hAnsi="Century Schoolbook" w:cs="Times New Roman" w:hint="eastAsia"/>
          <w:sz w:val="21"/>
          <w:szCs w:val="20"/>
          <w:lang w:eastAsia="ja-JP"/>
        </w:rPr>
        <w:t>彼はインターネットで、あるホームページを見つけました。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⑦</w:t>
      </w:r>
      <w:r w:rsidRPr="00BC59F3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BC59F3">
        <w:rPr>
          <w:rFonts w:ascii="Century Schoolbook" w:hAnsi="Century Schoolbook" w:cs="Times New Roman" w:hint="eastAsia"/>
          <w:sz w:val="21"/>
          <w:szCs w:val="20"/>
          <w:lang w:eastAsia="ja-JP"/>
        </w:rPr>
        <w:t>それには書いてありました</w:t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、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⑧</w:t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BC59F3">
        <w:rPr>
          <w:rFonts w:ascii="Century Schoolbook" w:hAnsi="Century Schoolbook" w:cs="Times New Roman" w:hint="eastAsia"/>
          <w:sz w:val="21"/>
          <w:szCs w:val="20"/>
          <w:lang w:eastAsia="ja-JP"/>
        </w:rPr>
        <w:t>「かわいそうな子どもたちを救ってください。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⑨</w:t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BC59F3">
        <w:rPr>
          <w:rFonts w:ascii="Century Schoolbook" w:hAnsi="Century Schoolbook" w:cs="Times New Roman" w:hint="eastAsia"/>
          <w:sz w:val="21"/>
          <w:szCs w:val="20"/>
          <w:lang w:eastAsia="ja-JP"/>
        </w:rPr>
        <w:t>このキャンペーンでは、ペットボトルのふたを集めます。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⑩</w:t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BC59F3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800 </w:t>
      </w:r>
      <w:r w:rsidRPr="00BC59F3">
        <w:rPr>
          <w:rFonts w:ascii="Century Schoolbook" w:hAnsi="Century Schoolbook" w:cs="Times New Roman" w:hint="eastAsia"/>
          <w:sz w:val="21"/>
          <w:szCs w:val="20"/>
          <w:lang w:eastAsia="ja-JP"/>
        </w:rPr>
        <w:t>個のふたで、彼らはお金を手にして、子ども１人分の薬を買うことができるの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BC59F3">
        <w:rPr>
          <w:rFonts w:ascii="Century Schoolbook" w:hAnsi="Century Schoolbook" w:cs="Times New Roman" w:hint="eastAsia"/>
          <w:sz w:val="21"/>
          <w:szCs w:val="20"/>
          <w:lang w:eastAsia="ja-JP"/>
        </w:rPr>
        <w:t>です」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5F0D78" w14:paraId="4E9FA491" w14:textId="77777777" w:rsidTr="002C1C5F">
        <w:trPr>
          <w:trHeight w:val="567"/>
        </w:trPr>
        <w:tc>
          <w:tcPr>
            <w:tcW w:w="8362" w:type="dxa"/>
          </w:tcPr>
          <w:p w14:paraId="37623BDF" w14:textId="77777777" w:rsidR="005F0D78" w:rsidRDefault="005F0D78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F0D78" w14:paraId="0A8A5359" w14:textId="77777777" w:rsidTr="002C1C5F">
        <w:trPr>
          <w:trHeight w:val="567"/>
        </w:trPr>
        <w:tc>
          <w:tcPr>
            <w:tcW w:w="8362" w:type="dxa"/>
          </w:tcPr>
          <w:p w14:paraId="5D791E40" w14:textId="77777777" w:rsidR="005F0D78" w:rsidRDefault="005F0D78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F0D78" w14:paraId="22273A67" w14:textId="77777777" w:rsidTr="002C1C5F">
        <w:trPr>
          <w:trHeight w:val="567"/>
        </w:trPr>
        <w:tc>
          <w:tcPr>
            <w:tcW w:w="8362" w:type="dxa"/>
          </w:tcPr>
          <w:p w14:paraId="77AC257E" w14:textId="77777777" w:rsidR="005F0D78" w:rsidRDefault="005F0D78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F0D78" w14:paraId="2F4878E6" w14:textId="77777777" w:rsidTr="002C1C5F">
        <w:trPr>
          <w:trHeight w:val="567"/>
        </w:trPr>
        <w:tc>
          <w:tcPr>
            <w:tcW w:w="8362" w:type="dxa"/>
          </w:tcPr>
          <w:p w14:paraId="55F83CFC" w14:textId="77777777" w:rsidR="005F0D78" w:rsidRDefault="005F0D78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F0D78" w14:paraId="264A01F9" w14:textId="77777777" w:rsidTr="002C1C5F">
        <w:trPr>
          <w:trHeight w:val="567"/>
        </w:trPr>
        <w:tc>
          <w:tcPr>
            <w:tcW w:w="8362" w:type="dxa"/>
          </w:tcPr>
          <w:p w14:paraId="0A52D1DF" w14:textId="77777777" w:rsidR="005F0D78" w:rsidRDefault="005F0D78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F0D78" w14:paraId="5EC752E7" w14:textId="77777777" w:rsidTr="002C1C5F">
        <w:trPr>
          <w:trHeight w:val="567"/>
        </w:trPr>
        <w:tc>
          <w:tcPr>
            <w:tcW w:w="8362" w:type="dxa"/>
          </w:tcPr>
          <w:p w14:paraId="003A7C83" w14:textId="77777777" w:rsidR="005F0D78" w:rsidRDefault="005F0D78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F0D78" w14:paraId="49BC3146" w14:textId="77777777" w:rsidTr="002C1C5F">
        <w:trPr>
          <w:trHeight w:val="567"/>
        </w:trPr>
        <w:tc>
          <w:tcPr>
            <w:tcW w:w="8362" w:type="dxa"/>
          </w:tcPr>
          <w:p w14:paraId="1FC4534B" w14:textId="77777777" w:rsidR="005F0D78" w:rsidRDefault="005F0D78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F0D78" w14:paraId="4BD8CED8" w14:textId="77777777" w:rsidTr="002C1C5F">
        <w:trPr>
          <w:trHeight w:val="567"/>
        </w:trPr>
        <w:tc>
          <w:tcPr>
            <w:tcW w:w="8362" w:type="dxa"/>
          </w:tcPr>
          <w:p w14:paraId="53BB19C7" w14:textId="77777777" w:rsidR="005F0D78" w:rsidRDefault="005F0D78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F0D78" w14:paraId="004DFC91" w14:textId="77777777" w:rsidTr="002C1C5F">
        <w:trPr>
          <w:trHeight w:val="567"/>
        </w:trPr>
        <w:tc>
          <w:tcPr>
            <w:tcW w:w="8362" w:type="dxa"/>
          </w:tcPr>
          <w:p w14:paraId="57840F5B" w14:textId="77777777" w:rsidR="005F0D78" w:rsidRDefault="005F0D78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F0D78" w14:paraId="64389DFB" w14:textId="77777777" w:rsidTr="002C1C5F">
        <w:trPr>
          <w:trHeight w:val="567"/>
        </w:trPr>
        <w:tc>
          <w:tcPr>
            <w:tcW w:w="8362" w:type="dxa"/>
          </w:tcPr>
          <w:p w14:paraId="4ADEE65F" w14:textId="77777777" w:rsidR="005F0D78" w:rsidRDefault="005F0D78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F0D78" w14:paraId="1D90C801" w14:textId="77777777" w:rsidTr="002C1C5F">
        <w:trPr>
          <w:trHeight w:val="567"/>
        </w:trPr>
        <w:tc>
          <w:tcPr>
            <w:tcW w:w="8362" w:type="dxa"/>
          </w:tcPr>
          <w:p w14:paraId="6B119BBE" w14:textId="77777777" w:rsidR="005F0D78" w:rsidRDefault="005F0D78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F0D78" w14:paraId="2AC756BE" w14:textId="77777777" w:rsidTr="002C1C5F">
        <w:trPr>
          <w:trHeight w:val="567"/>
        </w:trPr>
        <w:tc>
          <w:tcPr>
            <w:tcW w:w="8362" w:type="dxa"/>
          </w:tcPr>
          <w:p w14:paraId="56558B21" w14:textId="77777777" w:rsidR="005F0D78" w:rsidRDefault="005F0D78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F0D78" w14:paraId="047495F2" w14:textId="77777777" w:rsidTr="002C1C5F">
        <w:trPr>
          <w:trHeight w:val="567"/>
        </w:trPr>
        <w:tc>
          <w:tcPr>
            <w:tcW w:w="8362" w:type="dxa"/>
          </w:tcPr>
          <w:p w14:paraId="3C578420" w14:textId="77777777" w:rsidR="005F0D78" w:rsidRPr="00DA4AB5" w:rsidRDefault="005F0D78" w:rsidP="002C1C5F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0AE39EFA" w14:textId="762AD00E" w:rsidR="001B7E1D" w:rsidRPr="001B7E1D" w:rsidRDefault="001B7E1D" w:rsidP="001B7E1D">
      <w:pPr>
        <w:rPr>
          <w:lang w:eastAsia="ja-JP"/>
        </w:rPr>
      </w:pPr>
    </w:p>
    <w:sectPr w:rsidR="001B7E1D" w:rsidRPr="001B7E1D" w:rsidSect="00B81828">
      <w:headerReference w:type="default" r:id="rId15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E1886" w14:textId="77777777" w:rsidR="00337552" w:rsidRDefault="00337552" w:rsidP="00831BF7">
      <w:pPr>
        <w:spacing w:after="0" w:line="240" w:lineRule="auto"/>
      </w:pPr>
      <w:r>
        <w:separator/>
      </w:r>
    </w:p>
  </w:endnote>
  <w:endnote w:type="continuationSeparator" w:id="0">
    <w:p w14:paraId="08D51BA1" w14:textId="77777777" w:rsidR="00337552" w:rsidRDefault="00337552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43879" w14:textId="77777777" w:rsidR="005F0D78" w:rsidRDefault="005F0D7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DEF6B" w14:textId="77777777" w:rsidR="005F0D78" w:rsidRDefault="005F0D7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04EEC" w14:textId="77777777" w:rsidR="005F0D78" w:rsidRDefault="005F0D7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08325" w14:textId="77777777" w:rsidR="00337552" w:rsidRDefault="00337552" w:rsidP="00831BF7">
      <w:pPr>
        <w:spacing w:after="0" w:line="240" w:lineRule="auto"/>
      </w:pPr>
      <w:r>
        <w:separator/>
      </w:r>
    </w:p>
  </w:footnote>
  <w:footnote w:type="continuationSeparator" w:id="0">
    <w:p w14:paraId="42FC322D" w14:textId="77777777" w:rsidR="00337552" w:rsidRDefault="00337552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870E6" w14:textId="77777777" w:rsidR="005F0D78" w:rsidRDefault="005F0D7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5F0D78" w14:paraId="3C33B75E" w14:textId="77777777" w:rsidTr="00236E0F">
      <w:tc>
        <w:tcPr>
          <w:tcW w:w="1587" w:type="pct"/>
          <w:shd w:val="clear" w:color="auto" w:fill="D9D9D9" w:themeFill="background1" w:themeFillShade="D9"/>
        </w:tcPr>
        <w:p w14:paraId="7A6B7964" w14:textId="77777777" w:rsidR="005F0D78" w:rsidRPr="000C3CCC" w:rsidRDefault="005F0D78" w:rsidP="00CF3804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081CEF96" w14:textId="77777777" w:rsidR="005F0D78" w:rsidRPr="000C3CCC" w:rsidRDefault="005F0D78" w:rsidP="00CF3804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反復トレーニング①</w:t>
          </w:r>
        </w:p>
      </w:tc>
      <w:tc>
        <w:tcPr>
          <w:tcW w:w="1553" w:type="pct"/>
          <w:vAlign w:val="center"/>
        </w:tcPr>
        <w:p w14:paraId="59200384" w14:textId="77777777" w:rsidR="005F0D78" w:rsidRPr="00756415" w:rsidRDefault="005F0D78" w:rsidP="00CF3804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75641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ワード数：66語</w:t>
          </w:r>
        </w:p>
      </w:tc>
    </w:tr>
    <w:tr w:rsidR="005F0D78" w14:paraId="1ED7DD7F" w14:textId="77777777" w:rsidTr="00236E0F">
      <w:tc>
        <w:tcPr>
          <w:tcW w:w="1587" w:type="pct"/>
          <w:shd w:val="clear" w:color="auto" w:fill="D9D9D9" w:themeFill="background1" w:themeFillShade="D9"/>
        </w:tcPr>
        <w:p w14:paraId="270E77E1" w14:textId="77777777" w:rsidR="005F0D78" w:rsidRPr="000C3CCC" w:rsidRDefault="005F0D78" w:rsidP="00CF3804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2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講座1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8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7119A756" w14:textId="77777777" w:rsidR="005F0D78" w:rsidRPr="000C3CCC" w:rsidRDefault="005F0D78" w:rsidP="00CF3804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00357BB7" w14:textId="77777777" w:rsidR="005F0D78" w:rsidRPr="00756415" w:rsidRDefault="005F0D78" w:rsidP="00CF3804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75641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p.142～149</w:t>
          </w:r>
        </w:p>
      </w:tc>
    </w:tr>
  </w:tbl>
  <w:p w14:paraId="5A590596" w14:textId="77777777" w:rsidR="005F0D78" w:rsidRPr="00CF3804" w:rsidRDefault="005F0D78" w:rsidP="007059D3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10BA7" w14:textId="77777777" w:rsidR="005F0D78" w:rsidRDefault="005F0D78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5F0D78" w14:paraId="7EEEFD7F" w14:textId="77777777" w:rsidTr="002C1C5F">
      <w:tc>
        <w:tcPr>
          <w:tcW w:w="1587" w:type="pct"/>
          <w:shd w:val="clear" w:color="auto" w:fill="D9D9D9" w:themeFill="background1" w:themeFillShade="D9"/>
        </w:tcPr>
        <w:p w14:paraId="5CF07E10" w14:textId="77777777" w:rsidR="005F0D78" w:rsidRPr="000C3CCC" w:rsidRDefault="005F0D78" w:rsidP="005F0D78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11210CD9" w14:textId="77777777" w:rsidR="005F0D78" w:rsidRPr="000C3CCC" w:rsidRDefault="005F0D78" w:rsidP="005F0D78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</w:t>
          </w:r>
          <w:r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②</w:t>
          </w:r>
        </w:p>
      </w:tc>
      <w:tc>
        <w:tcPr>
          <w:tcW w:w="1553" w:type="pct"/>
          <w:vAlign w:val="center"/>
        </w:tcPr>
        <w:p w14:paraId="3BF69CED" w14:textId="77777777" w:rsidR="005F0D78" w:rsidRPr="00756415" w:rsidRDefault="005F0D78" w:rsidP="005F0D78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75641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ワード数：66語</w:t>
          </w:r>
        </w:p>
      </w:tc>
    </w:tr>
    <w:tr w:rsidR="005F0D78" w14:paraId="582F5462" w14:textId="77777777" w:rsidTr="002C1C5F">
      <w:tc>
        <w:tcPr>
          <w:tcW w:w="1587" w:type="pct"/>
          <w:shd w:val="clear" w:color="auto" w:fill="D9D9D9" w:themeFill="background1" w:themeFillShade="D9"/>
        </w:tcPr>
        <w:p w14:paraId="317FE354" w14:textId="77777777" w:rsidR="005F0D78" w:rsidRPr="000C3CCC" w:rsidRDefault="005F0D78" w:rsidP="005F0D78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2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講座1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8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1240E077" w14:textId="77777777" w:rsidR="005F0D78" w:rsidRPr="000C3CCC" w:rsidRDefault="005F0D78" w:rsidP="005F0D78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5DEFEBA0" w14:textId="77777777" w:rsidR="005F0D78" w:rsidRPr="00756415" w:rsidRDefault="005F0D78" w:rsidP="005F0D78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75641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p.142～149</w:t>
          </w:r>
        </w:p>
      </w:tc>
    </w:tr>
  </w:tbl>
  <w:p w14:paraId="4B3D0B6C" w14:textId="77777777" w:rsidR="00B81828" w:rsidRPr="00B81828" w:rsidRDefault="00B81828" w:rsidP="00B81828">
    <w:pPr>
      <w:pStyle w:val="a5"/>
      <w:rPr>
        <w:lang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978"/>
    <w:rsid w:val="00034616"/>
    <w:rsid w:val="00034935"/>
    <w:rsid w:val="00042C27"/>
    <w:rsid w:val="0006063C"/>
    <w:rsid w:val="000872EF"/>
    <w:rsid w:val="000B16F3"/>
    <w:rsid w:val="000C3CCC"/>
    <w:rsid w:val="000D1B24"/>
    <w:rsid w:val="000F29C3"/>
    <w:rsid w:val="000F5245"/>
    <w:rsid w:val="0011374E"/>
    <w:rsid w:val="0015074B"/>
    <w:rsid w:val="00153B11"/>
    <w:rsid w:val="001A3CA7"/>
    <w:rsid w:val="001B6C06"/>
    <w:rsid w:val="001B7E1D"/>
    <w:rsid w:val="001E0CB4"/>
    <w:rsid w:val="00231CF0"/>
    <w:rsid w:val="00271699"/>
    <w:rsid w:val="0029639D"/>
    <w:rsid w:val="002A2EF8"/>
    <w:rsid w:val="002A5593"/>
    <w:rsid w:val="002C2BEE"/>
    <w:rsid w:val="002F3F32"/>
    <w:rsid w:val="00301D1E"/>
    <w:rsid w:val="0031576A"/>
    <w:rsid w:val="00323F07"/>
    <w:rsid w:val="00326F90"/>
    <w:rsid w:val="00337552"/>
    <w:rsid w:val="00363A0F"/>
    <w:rsid w:val="00384068"/>
    <w:rsid w:val="00393CD5"/>
    <w:rsid w:val="003A6E38"/>
    <w:rsid w:val="003C62BB"/>
    <w:rsid w:val="003C6605"/>
    <w:rsid w:val="00411AEB"/>
    <w:rsid w:val="00412AF5"/>
    <w:rsid w:val="00421258"/>
    <w:rsid w:val="00426BDE"/>
    <w:rsid w:val="00451F62"/>
    <w:rsid w:val="00467A4A"/>
    <w:rsid w:val="00490222"/>
    <w:rsid w:val="00502F3B"/>
    <w:rsid w:val="00527609"/>
    <w:rsid w:val="005305BC"/>
    <w:rsid w:val="00547174"/>
    <w:rsid w:val="005A75D9"/>
    <w:rsid w:val="005F0D78"/>
    <w:rsid w:val="006209D2"/>
    <w:rsid w:val="00623997"/>
    <w:rsid w:val="007059D3"/>
    <w:rsid w:val="0074185E"/>
    <w:rsid w:val="00756415"/>
    <w:rsid w:val="007D3BD5"/>
    <w:rsid w:val="00802147"/>
    <w:rsid w:val="00811E41"/>
    <w:rsid w:val="00831BF7"/>
    <w:rsid w:val="00837658"/>
    <w:rsid w:val="00840B1A"/>
    <w:rsid w:val="0085108F"/>
    <w:rsid w:val="00853225"/>
    <w:rsid w:val="008E2A0B"/>
    <w:rsid w:val="008E44D9"/>
    <w:rsid w:val="008E74B3"/>
    <w:rsid w:val="00936042"/>
    <w:rsid w:val="00952210"/>
    <w:rsid w:val="00973083"/>
    <w:rsid w:val="009A7FEE"/>
    <w:rsid w:val="009C2DB0"/>
    <w:rsid w:val="009C70DC"/>
    <w:rsid w:val="009E60D0"/>
    <w:rsid w:val="009E737C"/>
    <w:rsid w:val="00A6260E"/>
    <w:rsid w:val="00A861CE"/>
    <w:rsid w:val="00AA1D8D"/>
    <w:rsid w:val="00AA73C1"/>
    <w:rsid w:val="00AC74CD"/>
    <w:rsid w:val="00AF046B"/>
    <w:rsid w:val="00B0268E"/>
    <w:rsid w:val="00B0687C"/>
    <w:rsid w:val="00B0767F"/>
    <w:rsid w:val="00B33020"/>
    <w:rsid w:val="00B45FC2"/>
    <w:rsid w:val="00B47730"/>
    <w:rsid w:val="00B5311E"/>
    <w:rsid w:val="00B63EFD"/>
    <w:rsid w:val="00B81828"/>
    <w:rsid w:val="00B8479E"/>
    <w:rsid w:val="00BD4333"/>
    <w:rsid w:val="00C22785"/>
    <w:rsid w:val="00C2692F"/>
    <w:rsid w:val="00C84D84"/>
    <w:rsid w:val="00CB0664"/>
    <w:rsid w:val="00CC0839"/>
    <w:rsid w:val="00CD7390"/>
    <w:rsid w:val="00CF3804"/>
    <w:rsid w:val="00D05512"/>
    <w:rsid w:val="00D22954"/>
    <w:rsid w:val="00D40E9B"/>
    <w:rsid w:val="00D41107"/>
    <w:rsid w:val="00D62DAF"/>
    <w:rsid w:val="00D80BF7"/>
    <w:rsid w:val="00DA131B"/>
    <w:rsid w:val="00DA548B"/>
    <w:rsid w:val="00DD3CCA"/>
    <w:rsid w:val="00DE5A77"/>
    <w:rsid w:val="00E10B35"/>
    <w:rsid w:val="00E14B6A"/>
    <w:rsid w:val="00E15D0D"/>
    <w:rsid w:val="00E246AD"/>
    <w:rsid w:val="00E631AD"/>
    <w:rsid w:val="00E6581E"/>
    <w:rsid w:val="00E67A33"/>
    <w:rsid w:val="00E7525A"/>
    <w:rsid w:val="00E92342"/>
    <w:rsid w:val="00EB1507"/>
    <w:rsid w:val="00EC2A19"/>
    <w:rsid w:val="00F13E2D"/>
    <w:rsid w:val="00F83033"/>
    <w:rsid w:val="00FB0517"/>
    <w:rsid w:val="00FC693F"/>
    <w:rsid w:val="00FE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2025-08-07T08:41:00Z</cp:lastPrinted>
  <dcterms:created xsi:type="dcterms:W3CDTF">2025-09-09T10:33:00Z</dcterms:created>
  <dcterms:modified xsi:type="dcterms:W3CDTF">2025-09-09T10:33:00Z</dcterms:modified>
  <cp:category/>
</cp:coreProperties>
</file>