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851F" w14:textId="77777777" w:rsidR="00A72507" w:rsidRPr="004054E3" w:rsidRDefault="00A72507" w:rsidP="00A72507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4AACA41" w14:textId="77777777" w:rsidR="00A72507" w:rsidRDefault="00A72507" w:rsidP="00A72507">
      <w:pPr>
        <w:rPr>
          <w:rFonts w:ascii="Century Schoolbook" w:hAnsi="Century Schoolbook" w:cs="Times New Roman"/>
          <w:sz w:val="24"/>
          <w:lang w:eastAsia="ja-JP"/>
        </w:rPr>
      </w:pPr>
      <w:r w:rsidRPr="005B32E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Ben, an American boy, stayed with Hiroshi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s family.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Hiroshi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s grandmother lives alone near his house.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She works on her farm every day.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One day in August, Ben visited her with Hiroshi for the first time.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She made lunch for them.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Help yourself,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she said in English.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Thank you,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Ben answered, and he enjoyed the food.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5B32ED">
        <w:rPr>
          <w:rFonts w:ascii="Century Schoolbook" w:hAnsi="Century Schoolbook" w:cs="Times New Roman" w:hint="eastAsia"/>
          <w:sz w:val="24"/>
          <w:lang w:eastAsia="ja-JP"/>
        </w:rPr>
        <w:t xml:space="preserve"> She learned English from Hiroshi, and she could speak it a little.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A72507" w14:paraId="1786DFD2" w14:textId="77777777" w:rsidTr="002C1C5F">
        <w:trPr>
          <w:trHeight w:val="567"/>
        </w:trPr>
        <w:tc>
          <w:tcPr>
            <w:tcW w:w="8362" w:type="dxa"/>
          </w:tcPr>
          <w:p w14:paraId="371E1135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4C10B24" w14:textId="77777777" w:rsidTr="002C1C5F">
        <w:trPr>
          <w:trHeight w:val="567"/>
        </w:trPr>
        <w:tc>
          <w:tcPr>
            <w:tcW w:w="8362" w:type="dxa"/>
          </w:tcPr>
          <w:p w14:paraId="2C452C4B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0EC5EEBE" w14:textId="77777777" w:rsidTr="002C1C5F">
        <w:trPr>
          <w:trHeight w:val="567"/>
        </w:trPr>
        <w:tc>
          <w:tcPr>
            <w:tcW w:w="8362" w:type="dxa"/>
          </w:tcPr>
          <w:p w14:paraId="2CD55260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5FC9908B" w14:textId="77777777" w:rsidTr="002C1C5F">
        <w:trPr>
          <w:trHeight w:val="567"/>
        </w:trPr>
        <w:tc>
          <w:tcPr>
            <w:tcW w:w="8362" w:type="dxa"/>
          </w:tcPr>
          <w:p w14:paraId="5A649589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6E063505" w14:textId="77777777" w:rsidTr="002C1C5F">
        <w:trPr>
          <w:trHeight w:val="567"/>
        </w:trPr>
        <w:tc>
          <w:tcPr>
            <w:tcW w:w="8362" w:type="dxa"/>
          </w:tcPr>
          <w:p w14:paraId="52BB144A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9C12ED6" w14:textId="77777777" w:rsidTr="002C1C5F">
        <w:trPr>
          <w:trHeight w:val="567"/>
        </w:trPr>
        <w:tc>
          <w:tcPr>
            <w:tcW w:w="8362" w:type="dxa"/>
          </w:tcPr>
          <w:p w14:paraId="7F2CEE5C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354ED9F0" w14:textId="77777777" w:rsidTr="002C1C5F">
        <w:trPr>
          <w:trHeight w:val="567"/>
        </w:trPr>
        <w:tc>
          <w:tcPr>
            <w:tcW w:w="8362" w:type="dxa"/>
          </w:tcPr>
          <w:p w14:paraId="032ECBD8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3088FEC4" w14:textId="77777777" w:rsidTr="002C1C5F">
        <w:trPr>
          <w:trHeight w:val="567"/>
        </w:trPr>
        <w:tc>
          <w:tcPr>
            <w:tcW w:w="8362" w:type="dxa"/>
          </w:tcPr>
          <w:p w14:paraId="2D0B9612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CD432FA" w14:textId="77777777" w:rsidTr="002C1C5F">
        <w:trPr>
          <w:trHeight w:val="567"/>
        </w:trPr>
        <w:tc>
          <w:tcPr>
            <w:tcW w:w="8362" w:type="dxa"/>
          </w:tcPr>
          <w:p w14:paraId="12A270F5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4A068C4" w14:textId="77777777" w:rsidTr="002C1C5F">
        <w:trPr>
          <w:trHeight w:val="567"/>
        </w:trPr>
        <w:tc>
          <w:tcPr>
            <w:tcW w:w="8362" w:type="dxa"/>
          </w:tcPr>
          <w:p w14:paraId="73B4A810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5AC1CD9D" w14:textId="77777777" w:rsidTr="002C1C5F">
        <w:trPr>
          <w:trHeight w:val="567"/>
        </w:trPr>
        <w:tc>
          <w:tcPr>
            <w:tcW w:w="8362" w:type="dxa"/>
          </w:tcPr>
          <w:p w14:paraId="48E02A41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27A9923B" w14:textId="77777777" w:rsidTr="002C1C5F">
        <w:trPr>
          <w:trHeight w:val="567"/>
        </w:trPr>
        <w:tc>
          <w:tcPr>
            <w:tcW w:w="8362" w:type="dxa"/>
          </w:tcPr>
          <w:p w14:paraId="57F9DD3F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684F9619" w14:textId="77777777" w:rsidTr="002C1C5F">
        <w:trPr>
          <w:trHeight w:val="567"/>
        </w:trPr>
        <w:tc>
          <w:tcPr>
            <w:tcW w:w="8362" w:type="dxa"/>
          </w:tcPr>
          <w:p w14:paraId="2F5B9AD4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BE4EC2B" w14:textId="77777777" w:rsidTr="002C1C5F">
        <w:trPr>
          <w:trHeight w:val="567"/>
        </w:trPr>
        <w:tc>
          <w:tcPr>
            <w:tcW w:w="8362" w:type="dxa"/>
          </w:tcPr>
          <w:p w14:paraId="503E2A2D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8451613" w14:textId="77777777" w:rsidR="00A72507" w:rsidRDefault="00A72507" w:rsidP="00A72507">
      <w:pPr>
        <w:rPr>
          <w:lang w:eastAsia="ja-JP"/>
        </w:rPr>
        <w:sectPr w:rsidR="00A72507" w:rsidSect="00A7250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2D6C9279" w14:textId="77777777" w:rsidR="00A72507" w:rsidRPr="009408BE" w:rsidRDefault="00A72507" w:rsidP="00A72507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393BEEF2" w14:textId="77777777" w:rsidR="00A72507" w:rsidRPr="0098484B" w:rsidRDefault="00A72507" w:rsidP="00A72507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677ADC" wp14:editId="6DE10D6E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10543184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1844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アメリカ人の男の子のベンはヒロシの家に滞在しました。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ヒロシのおばあさんは彼の家の近くで、１人で暮らしています。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彼女は毎日、畑で働きます。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８月のある日、ベンはヒロシといっしょに、はじめて彼女を訪ねました。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彼女は２人のために昼食を作りました。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彼女は、「どうぞめし上がれ」と英語で言いました。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ベンは「ありがとうございます」と答え、食べ物を楽しみました。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57546">
        <w:rPr>
          <w:rFonts w:ascii="Century Schoolbook" w:hAnsi="Century Schoolbook" w:cs="Times New Roman" w:hint="eastAsia"/>
          <w:sz w:val="21"/>
          <w:szCs w:val="20"/>
          <w:lang w:eastAsia="ja-JP"/>
        </w:rPr>
        <w:t>彼女はヒロシから英語を習い、少し話すことができました。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A72507" w14:paraId="038C8D66" w14:textId="77777777" w:rsidTr="002C1C5F">
        <w:trPr>
          <w:trHeight w:val="567"/>
        </w:trPr>
        <w:tc>
          <w:tcPr>
            <w:tcW w:w="8362" w:type="dxa"/>
          </w:tcPr>
          <w:p w14:paraId="4B4A7C3A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5A8986B3" w14:textId="77777777" w:rsidTr="002C1C5F">
        <w:trPr>
          <w:trHeight w:val="567"/>
        </w:trPr>
        <w:tc>
          <w:tcPr>
            <w:tcW w:w="8362" w:type="dxa"/>
          </w:tcPr>
          <w:p w14:paraId="42192ABE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42ECC175" w14:textId="77777777" w:rsidTr="002C1C5F">
        <w:trPr>
          <w:trHeight w:val="567"/>
        </w:trPr>
        <w:tc>
          <w:tcPr>
            <w:tcW w:w="8362" w:type="dxa"/>
          </w:tcPr>
          <w:p w14:paraId="35F99598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4EFBAE86" w14:textId="77777777" w:rsidTr="002C1C5F">
        <w:trPr>
          <w:trHeight w:val="567"/>
        </w:trPr>
        <w:tc>
          <w:tcPr>
            <w:tcW w:w="8362" w:type="dxa"/>
          </w:tcPr>
          <w:p w14:paraId="0FC68C29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020C0AFF" w14:textId="77777777" w:rsidTr="002C1C5F">
        <w:trPr>
          <w:trHeight w:val="567"/>
        </w:trPr>
        <w:tc>
          <w:tcPr>
            <w:tcW w:w="8362" w:type="dxa"/>
          </w:tcPr>
          <w:p w14:paraId="28633C46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FC32A79" w14:textId="77777777" w:rsidTr="002C1C5F">
        <w:trPr>
          <w:trHeight w:val="567"/>
        </w:trPr>
        <w:tc>
          <w:tcPr>
            <w:tcW w:w="8362" w:type="dxa"/>
          </w:tcPr>
          <w:p w14:paraId="230E89A4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516FC1D9" w14:textId="77777777" w:rsidTr="002C1C5F">
        <w:trPr>
          <w:trHeight w:val="567"/>
        </w:trPr>
        <w:tc>
          <w:tcPr>
            <w:tcW w:w="8362" w:type="dxa"/>
          </w:tcPr>
          <w:p w14:paraId="7D416940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270DCFF4" w14:textId="77777777" w:rsidTr="002C1C5F">
        <w:trPr>
          <w:trHeight w:val="567"/>
        </w:trPr>
        <w:tc>
          <w:tcPr>
            <w:tcW w:w="8362" w:type="dxa"/>
          </w:tcPr>
          <w:p w14:paraId="476C7693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1A68B82D" w14:textId="77777777" w:rsidTr="002C1C5F">
        <w:trPr>
          <w:trHeight w:val="567"/>
        </w:trPr>
        <w:tc>
          <w:tcPr>
            <w:tcW w:w="8362" w:type="dxa"/>
          </w:tcPr>
          <w:p w14:paraId="57EF825B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275AFD9A" w14:textId="77777777" w:rsidTr="002C1C5F">
        <w:trPr>
          <w:trHeight w:val="567"/>
        </w:trPr>
        <w:tc>
          <w:tcPr>
            <w:tcW w:w="8362" w:type="dxa"/>
          </w:tcPr>
          <w:p w14:paraId="3E6E4507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21D677BF" w14:textId="77777777" w:rsidTr="002C1C5F">
        <w:trPr>
          <w:trHeight w:val="567"/>
        </w:trPr>
        <w:tc>
          <w:tcPr>
            <w:tcW w:w="8362" w:type="dxa"/>
          </w:tcPr>
          <w:p w14:paraId="68BFD18A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4E868755" w14:textId="77777777" w:rsidTr="002C1C5F">
        <w:trPr>
          <w:trHeight w:val="567"/>
        </w:trPr>
        <w:tc>
          <w:tcPr>
            <w:tcW w:w="8362" w:type="dxa"/>
          </w:tcPr>
          <w:p w14:paraId="3BBCA158" w14:textId="77777777" w:rsidR="00A72507" w:rsidRDefault="00A72507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72591DA2" w14:textId="77777777" w:rsidTr="002C1C5F">
        <w:trPr>
          <w:trHeight w:val="567"/>
        </w:trPr>
        <w:tc>
          <w:tcPr>
            <w:tcW w:w="8362" w:type="dxa"/>
          </w:tcPr>
          <w:p w14:paraId="1A02A3F8" w14:textId="77777777" w:rsidR="00A72507" w:rsidRPr="00DA4AB5" w:rsidRDefault="00A72507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A72507" w14:paraId="342B8A5A" w14:textId="77777777" w:rsidTr="002C1C5F">
        <w:trPr>
          <w:trHeight w:val="567"/>
        </w:trPr>
        <w:tc>
          <w:tcPr>
            <w:tcW w:w="8362" w:type="dxa"/>
          </w:tcPr>
          <w:p w14:paraId="5FD2C710" w14:textId="77777777" w:rsidR="00A72507" w:rsidRPr="00DA4AB5" w:rsidRDefault="00A72507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85D3" w14:textId="77777777" w:rsidR="00A72507" w:rsidRDefault="00A7250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CF44" w14:textId="77777777" w:rsidR="00A72507" w:rsidRDefault="00A7250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E536" w14:textId="77777777" w:rsidR="00A72507" w:rsidRDefault="00A725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913B" w14:textId="77777777" w:rsidR="00A72507" w:rsidRDefault="00A7250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A72507" w14:paraId="552E21E2" w14:textId="77777777" w:rsidTr="00236E0F">
      <w:tc>
        <w:tcPr>
          <w:tcW w:w="1587" w:type="pct"/>
          <w:shd w:val="clear" w:color="auto" w:fill="D9D9D9" w:themeFill="background1" w:themeFillShade="D9"/>
        </w:tcPr>
        <w:p w14:paraId="6DCD280C" w14:textId="77777777" w:rsidR="00A72507" w:rsidRPr="000C3CCC" w:rsidRDefault="00A72507" w:rsidP="00CF380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7286548F" w14:textId="77777777" w:rsidR="00A72507" w:rsidRPr="000C3CCC" w:rsidRDefault="00A72507" w:rsidP="00CF380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666EA10" w14:textId="77777777" w:rsidR="00A72507" w:rsidRPr="00756415" w:rsidRDefault="00A72507" w:rsidP="00CF380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ワード数：67語</w:t>
          </w:r>
        </w:p>
      </w:tc>
    </w:tr>
    <w:tr w:rsidR="00A72507" w14:paraId="7D7D6494" w14:textId="77777777" w:rsidTr="00236E0F">
      <w:tc>
        <w:tcPr>
          <w:tcW w:w="1587" w:type="pct"/>
          <w:shd w:val="clear" w:color="auto" w:fill="D9D9D9" w:themeFill="background1" w:themeFillShade="D9"/>
        </w:tcPr>
        <w:p w14:paraId="65D6AC2C" w14:textId="77777777" w:rsidR="00A72507" w:rsidRPr="000C3CCC" w:rsidRDefault="00A72507" w:rsidP="00CF380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798025A" w14:textId="77777777" w:rsidR="00A72507" w:rsidRPr="000C3CCC" w:rsidRDefault="00A72507" w:rsidP="00CF380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D9F25E4" w14:textId="77777777" w:rsidR="00A72507" w:rsidRPr="00756415" w:rsidRDefault="00A72507" w:rsidP="00CF380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</w:tr>
  </w:tbl>
  <w:p w14:paraId="4E889047" w14:textId="77777777" w:rsidR="00A72507" w:rsidRPr="00CF3804" w:rsidRDefault="00A72507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B955" w14:textId="77777777" w:rsidR="00A72507" w:rsidRDefault="00A72507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A72507" w14:paraId="5DB7E9E0" w14:textId="77777777" w:rsidTr="002C1C5F">
      <w:tc>
        <w:tcPr>
          <w:tcW w:w="1587" w:type="pct"/>
          <w:shd w:val="clear" w:color="auto" w:fill="D9D9D9" w:themeFill="background1" w:themeFillShade="D9"/>
        </w:tcPr>
        <w:p w14:paraId="089637E4" w14:textId="77777777" w:rsidR="00A72507" w:rsidRPr="000C3CCC" w:rsidRDefault="00A72507" w:rsidP="00A72507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05EACF31" w14:textId="77777777" w:rsidR="00A72507" w:rsidRPr="000C3CCC" w:rsidRDefault="00A72507" w:rsidP="00A7250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1C1B4878" w14:textId="77777777" w:rsidR="00A72507" w:rsidRPr="00756415" w:rsidRDefault="00A72507" w:rsidP="00A7250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ワード数：67語</w:t>
          </w:r>
        </w:p>
      </w:tc>
    </w:tr>
    <w:tr w:rsidR="00A72507" w14:paraId="35E64C03" w14:textId="77777777" w:rsidTr="002C1C5F">
      <w:tc>
        <w:tcPr>
          <w:tcW w:w="1587" w:type="pct"/>
          <w:shd w:val="clear" w:color="auto" w:fill="D9D9D9" w:themeFill="background1" w:themeFillShade="D9"/>
        </w:tcPr>
        <w:p w14:paraId="73941EBF" w14:textId="77777777" w:rsidR="00A72507" w:rsidRPr="000C3CCC" w:rsidRDefault="00A72507" w:rsidP="00A72507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講座1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9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46C8691" w14:textId="77777777" w:rsidR="00A72507" w:rsidRPr="000C3CCC" w:rsidRDefault="00A72507" w:rsidP="00A7250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27321D9" w14:textId="77777777" w:rsidR="00A72507" w:rsidRPr="00756415" w:rsidRDefault="00A72507" w:rsidP="00A7250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p.150～157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72507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2025-09-09T10:33:00Z</dcterms:created>
  <dcterms:modified xsi:type="dcterms:W3CDTF">2025-09-09T10:33:00Z</dcterms:modified>
  <cp:category/>
</cp:coreProperties>
</file>