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78A26" w14:textId="77777777" w:rsidR="00CD27B1" w:rsidRPr="007407D6" w:rsidRDefault="00CD27B1" w:rsidP="00CD27B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CD27B1" w:rsidRPr="000C3CCC" w14:paraId="3AF4310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F0B8AF4" w14:textId="77777777" w:rsidR="00CD27B1" w:rsidRPr="009A7FEE" w:rsidRDefault="00CD27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8DE807D" w14:textId="77777777" w:rsidR="00CD27B1" w:rsidRPr="00E27C64" w:rsidRDefault="00CD27B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27C6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CD27B1" w:rsidRPr="000C3CCC" w14:paraId="78E3E11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450A79F1" w14:textId="77777777" w:rsidR="00CD27B1" w:rsidRPr="009A7FEE" w:rsidRDefault="00CD27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DF4F18F" w14:textId="77777777" w:rsidR="00CD27B1" w:rsidRPr="001A2129" w:rsidRDefault="00CD27B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w w:val="95"/>
                <w:sz w:val="24"/>
                <w:szCs w:val="24"/>
                <w:lang w:eastAsia="ja-JP"/>
              </w:rPr>
            </w:pPr>
            <w:r w:rsidRPr="001A2129">
              <w:rPr>
                <w:rFonts w:ascii="BIZ UDPゴシック" w:eastAsia="BIZ UDPゴシック" w:hAnsi="BIZ UDPゴシック" w:hint="eastAsia"/>
                <w:color w:val="0070C0"/>
                <w:w w:val="95"/>
                <w:sz w:val="24"/>
                <w:szCs w:val="24"/>
                <w:lang w:eastAsia="ja-JP"/>
              </w:rPr>
              <w:t>もし風邪をひいたら、それを広めないように気をつけるべきです。</w:t>
            </w:r>
          </w:p>
        </w:tc>
      </w:tr>
      <w:tr w:rsidR="00CD27B1" w:rsidRPr="00E14B6A" w14:paraId="2845548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93E85D8" w14:textId="77777777" w:rsidR="00CD27B1" w:rsidRPr="009A7FEE" w:rsidRDefault="00CD27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EA197B2" w14:textId="77777777" w:rsidR="00CD27B1" w:rsidRPr="00E27C64" w:rsidRDefault="00CD27B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0550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手</w:t>
            </w:r>
          </w:p>
        </w:tc>
      </w:tr>
      <w:tr w:rsidR="00CD27B1" w:rsidRPr="000C3CCC" w14:paraId="0275B80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6C919EA" w14:textId="77777777" w:rsidR="00CD27B1" w:rsidRPr="009A7FEE" w:rsidRDefault="00CD27B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6BF3C912" w14:textId="77777777" w:rsidR="00CD27B1" w:rsidRPr="00E27C64" w:rsidRDefault="00CD27B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27C6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</w:tbl>
    <w:p w14:paraId="79224540" w14:textId="77777777" w:rsidR="00CD27B1" w:rsidRPr="007407D6" w:rsidRDefault="00CD27B1" w:rsidP="00CD27B1">
      <w:pPr>
        <w:rPr>
          <w:rFonts w:asciiTheme="minorEastAsia" w:hAnsiTheme="minorEastAsia"/>
          <w:szCs w:val="21"/>
          <w:lang w:eastAsia="ja-JP"/>
        </w:rPr>
      </w:pPr>
    </w:p>
    <w:p w14:paraId="32C79E7E" w14:textId="77777777" w:rsidR="00CD27B1" w:rsidRPr="007407D6" w:rsidRDefault="00CD27B1" w:rsidP="00CD27B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2F180418" w14:textId="77777777" w:rsidR="00CD27B1" w:rsidRDefault="00CD27B1" w:rsidP="00CD27B1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00550A">
        <w:rPr>
          <w:rFonts w:asciiTheme="minorEastAsia" w:hAnsiTheme="minorEastAsia"/>
          <w:sz w:val="21"/>
          <w:szCs w:val="21"/>
          <w:lang w:eastAsia="ja-JP"/>
        </w:rPr>
        <w:t>to</w:t>
      </w:r>
      <w:r w:rsidRPr="0000550A">
        <w:rPr>
          <w:rFonts w:asciiTheme="minorEastAsia" w:hAnsiTheme="minorEastAsia" w:hint="eastAsia"/>
          <w:sz w:val="21"/>
          <w:szCs w:val="21"/>
          <w:lang w:eastAsia="ja-JP"/>
        </w:rPr>
        <w:t>（〜へ）：方向を示す前置詞で、意味が合いません。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00550A">
        <w:rPr>
          <w:rFonts w:asciiTheme="minorEastAsia" w:hAnsiTheme="minorEastAsia"/>
          <w:sz w:val="21"/>
          <w:szCs w:val="21"/>
          <w:lang w:eastAsia="ja-JP"/>
        </w:rPr>
        <w:t>for</w:t>
      </w:r>
      <w:r w:rsidRPr="0000550A">
        <w:rPr>
          <w:rFonts w:asciiTheme="minorEastAsia" w:hAnsiTheme="minorEastAsia" w:hint="eastAsia"/>
          <w:sz w:val="21"/>
          <w:szCs w:val="21"/>
          <w:lang w:eastAsia="ja-JP"/>
        </w:rPr>
        <w:t>（〜のために）：目的を示しますが、この文では意味が通りません。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00550A">
        <w:rPr>
          <w:rFonts w:asciiTheme="minorEastAsia" w:hAnsiTheme="minorEastAsia"/>
          <w:sz w:val="21"/>
          <w:szCs w:val="21"/>
          <w:lang w:eastAsia="ja-JP"/>
        </w:rPr>
        <w:t>by</w:t>
      </w:r>
      <w:r w:rsidRPr="0000550A">
        <w:rPr>
          <w:rFonts w:asciiTheme="minorEastAsia" w:hAnsiTheme="minorEastAsia" w:hint="eastAsia"/>
          <w:sz w:val="21"/>
          <w:szCs w:val="21"/>
          <w:lang w:eastAsia="ja-JP"/>
        </w:rPr>
        <w:t>（〜によって）：手段を表します。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00550A">
        <w:rPr>
          <w:rFonts w:asciiTheme="minorEastAsia" w:hAnsiTheme="minorEastAsia"/>
          <w:sz w:val="21"/>
          <w:szCs w:val="21"/>
          <w:lang w:eastAsia="ja-JP"/>
        </w:rPr>
        <w:t>「〜から（原因）」を表す場合には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④ </w:t>
      </w:r>
      <w:r w:rsidRPr="0000550A">
        <w:rPr>
          <w:rFonts w:asciiTheme="minorEastAsia" w:hAnsiTheme="minorEastAsia"/>
          <w:sz w:val="21"/>
          <w:szCs w:val="21"/>
          <w:lang w:eastAsia="ja-JP"/>
        </w:rPr>
        <w:t>from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00550A">
        <w:rPr>
          <w:rFonts w:asciiTheme="minorEastAsia" w:hAnsiTheme="minorEastAsia"/>
          <w:sz w:val="21"/>
          <w:szCs w:val="21"/>
          <w:lang w:eastAsia="ja-JP"/>
        </w:rPr>
        <w:t>が最も自然です。</w:t>
      </w:r>
    </w:p>
    <w:p w14:paraId="4761C8A9" w14:textId="77777777" w:rsidR="00CD27B1" w:rsidRDefault="00CD27B1" w:rsidP="00CD27B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AA4313">
        <w:rPr>
          <w:rFonts w:asciiTheme="minorEastAsia" w:hAnsiTheme="minorEastAsia" w:hint="eastAsia"/>
          <w:sz w:val="21"/>
          <w:szCs w:val="20"/>
          <w:lang w:eastAsia="ja-JP"/>
        </w:rPr>
        <w:t>If you catch a cold：風邪をひいたら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A4313">
        <w:rPr>
          <w:rFonts w:asciiTheme="minorEastAsia" w:hAnsiTheme="minorEastAsia" w:hint="eastAsia"/>
          <w:sz w:val="21"/>
          <w:szCs w:val="20"/>
          <w:lang w:eastAsia="ja-JP"/>
        </w:rPr>
        <w:t>you should be careful：気をつけるべきです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A4313">
        <w:rPr>
          <w:rFonts w:asciiTheme="minorEastAsia" w:hAnsiTheme="minorEastAsia" w:hint="eastAsia"/>
          <w:sz w:val="21"/>
          <w:szCs w:val="20"/>
          <w:lang w:eastAsia="ja-JP"/>
        </w:rPr>
        <w:t>not to spread it：それ（風邪）を広めないように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AA4313">
        <w:rPr>
          <w:rFonts w:asciiTheme="minorEastAsia" w:hAnsiTheme="minorEastAsia" w:hint="eastAsia"/>
          <w:sz w:val="21"/>
          <w:szCs w:val="20"/>
          <w:lang w:eastAsia="ja-JP"/>
        </w:rPr>
        <w:t>もし風邪をひいたら、それを広めないように気をつけるべきです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0D5BE13A" w14:textId="3C88FCEB" w:rsidR="00CD27B1" w:rsidRDefault="00CD27B1" w:rsidP="00CD27B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直前の文「If your hands have the virus on them」では、hands（手）が「them」の内容です。</w:t>
      </w:r>
      <w:r w:rsidR="001A2129">
        <w:rPr>
          <w:rFonts w:asciiTheme="minorEastAsia" w:hAnsiTheme="minorEastAsia"/>
          <w:sz w:val="21"/>
          <w:szCs w:val="20"/>
          <w:lang w:eastAsia="ja-JP"/>
        </w:rPr>
        <w:br/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「手にウイルスがついていると、」という意味になります。</w:t>
      </w:r>
    </w:p>
    <w:p w14:paraId="4DCB4BCC" w14:textId="46C4B6AE" w:rsidR="00E7412C" w:rsidRPr="001915E1" w:rsidRDefault="00CD27B1" w:rsidP="00CD27B1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主語：you（あなたは）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助動詞＋動詞：will leave（残すでしょう）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目的語</w:t>
      </w:r>
      <w:r>
        <w:rPr>
          <w:rFonts w:asciiTheme="minorEastAsia" w:hAnsiTheme="minorEastAsia" w:hint="eastAsia"/>
          <w:sz w:val="21"/>
          <w:szCs w:val="20"/>
          <w:lang w:eastAsia="ja-JP"/>
        </w:rPr>
        <w:t>：it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on </w:t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everything that you touch（あなたが触れるすべてのもの</w:t>
      </w:r>
      <w:r>
        <w:rPr>
          <w:rFonts w:asciiTheme="minorEastAsia" w:hAnsiTheme="minorEastAsia" w:hint="eastAsia"/>
          <w:sz w:val="21"/>
          <w:szCs w:val="20"/>
          <w:lang w:eastAsia="ja-JP"/>
        </w:rPr>
        <w:t>に</w:t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④ 9－8－7－6－5－1－4－3－2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2714FB">
        <w:rPr>
          <w:rFonts w:asciiTheme="minorEastAsia" w:hAnsiTheme="minorEastAsia"/>
          <w:sz w:val="21"/>
          <w:szCs w:val="20"/>
          <w:lang w:eastAsia="ja-JP"/>
        </w:rPr>
        <w:t>you will leave it on everything that you touch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2714FB">
        <w:rPr>
          <w:rFonts w:asciiTheme="minorEastAsia" w:hAnsiTheme="minorEastAsia" w:hint="eastAsia"/>
          <w:sz w:val="21"/>
          <w:szCs w:val="20"/>
          <w:lang w:eastAsia="ja-JP"/>
        </w:rPr>
        <w:t>あなたが触れるすべての物に、それ（＝ウイルス）を残すことになります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CD27B1" w14:paraId="2F571F07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76BA24C3" w14:textId="77777777" w:rsidR="00CD27B1" w:rsidRPr="000C3CCC" w:rsidRDefault="00CD27B1" w:rsidP="00CD27B1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⑳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5E21501D" w14:textId="77777777" w:rsidR="00CD27B1" w:rsidRPr="000C3CCC" w:rsidRDefault="00CD27B1" w:rsidP="00CD27B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3F0B4B5E" w14:textId="77777777" w:rsidR="00CD27B1" w:rsidRPr="00E539CF" w:rsidRDefault="00CD27B1" w:rsidP="00CD27B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CD27B1" w14:paraId="6CB644A6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3C4E2D21" w14:textId="77777777" w:rsidR="00CD27B1" w:rsidRPr="000C3CCC" w:rsidRDefault="00CD27B1" w:rsidP="00CD27B1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E261FCF" w14:textId="77777777" w:rsidR="00CD27B1" w:rsidRPr="000C3CCC" w:rsidRDefault="00CD27B1" w:rsidP="00CD27B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79F135A" w14:textId="77777777" w:rsidR="00CD27B1" w:rsidRPr="00E539CF" w:rsidRDefault="00CD27B1" w:rsidP="00CD27B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p.158～165</w:t>
          </w:r>
        </w:p>
      </w:tc>
    </w:tr>
  </w:tbl>
  <w:p w14:paraId="75C49F65" w14:textId="77777777" w:rsidR="0002538B" w:rsidRPr="00CD27B1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A2129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27B1"/>
    <w:rsid w:val="00CD3534"/>
    <w:rsid w:val="00CD7390"/>
    <w:rsid w:val="00CE2DE0"/>
    <w:rsid w:val="00D03B3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2025-09-10T06:27:00Z</dcterms:created>
  <dcterms:modified xsi:type="dcterms:W3CDTF">2025-09-10T06:27:00Z</dcterms:modified>
  <cp:category/>
</cp:coreProperties>
</file>