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3C2E60" w14:textId="77777777" w:rsidR="008F35D9" w:rsidRPr="002A2EF8" w:rsidRDefault="008F35D9" w:rsidP="008F35D9">
      <w:pPr>
        <w:rPr>
          <w:rFonts w:asciiTheme="minorEastAsia" w:hAnsiTheme="minorEastAsia"/>
          <w:szCs w:val="21"/>
          <w:lang w:eastAsia="ja-JP"/>
        </w:rPr>
      </w:pPr>
      <w:r w:rsidRPr="002A2EF8">
        <w:rPr>
          <w:rFonts w:asciiTheme="minorEastAsia" w:hAnsiTheme="minorEastAsia"/>
          <w:szCs w:val="21"/>
          <w:lang w:eastAsia="ja-JP"/>
        </w:rPr>
        <w:t>次の英文を読んで、後の問いに答えなさい。</w:t>
      </w:r>
    </w:p>
    <w:p w14:paraId="02CBEB4D" w14:textId="77777777" w:rsidR="008F35D9" w:rsidRPr="00153B11" w:rsidRDefault="008F35D9" w:rsidP="008F35D9">
      <w:pPr>
        <w:jc w:val="both"/>
        <w:rPr>
          <w:rFonts w:ascii="Century Schoolbook" w:hAnsi="Century Schoolbook" w:cs="Times New Roman"/>
          <w:sz w:val="24"/>
        </w:rPr>
      </w:pPr>
      <w:r w:rsidRPr="00DD0432">
        <w:rPr>
          <w:rFonts w:ascii="Century Schoolbook" w:hAnsi="Century Schoolbook" w:cs="Times New Roman"/>
          <w:sz w:val="24"/>
        </w:rPr>
        <w:t>Today, we have a short trip.</w:t>
      </w:r>
      <w:r>
        <w:rPr>
          <w:rFonts w:ascii="Century Schoolbook" w:hAnsi="Century Schoolbook" w:cs="Times New Roman" w:hint="eastAsia"/>
          <w:sz w:val="24"/>
          <w:lang w:eastAsia="ja-JP"/>
        </w:rPr>
        <w:t xml:space="preserve"> </w:t>
      </w:r>
      <w:r w:rsidRPr="00DD0432">
        <w:rPr>
          <w:rFonts w:ascii="Century Schoolbook" w:hAnsi="Century Schoolbook" w:cs="Times New Roman"/>
          <w:sz w:val="24"/>
        </w:rPr>
        <w:t>You can go anywhere around this town.</w:t>
      </w:r>
      <w:r>
        <w:rPr>
          <w:rFonts w:ascii="Century Schoolbook" w:hAnsi="Century Schoolbook" w:cs="Times New Roman" w:hint="eastAsia"/>
          <w:sz w:val="24"/>
          <w:lang w:eastAsia="ja-JP"/>
        </w:rPr>
        <w:t xml:space="preserve"> </w:t>
      </w:r>
      <w:r w:rsidRPr="00DD0432">
        <w:rPr>
          <w:rFonts w:ascii="Century Schoolbook" w:hAnsi="Century Schoolbook" w:cs="Times New Roman"/>
          <w:sz w:val="24"/>
        </w:rPr>
        <w:t>This town</w:t>
      </w:r>
      <w:r w:rsidRPr="00153B11">
        <w:rPr>
          <w:rFonts w:ascii="Century Schoolbook" w:hAnsi="Century Schoolbook" w:cs="Times New Roman"/>
          <w:sz w:val="24"/>
        </w:rPr>
        <w:t xml:space="preserve"> </w:t>
      </w:r>
      <w:r w:rsidRPr="00153B11">
        <w:rPr>
          <w:rFonts w:ascii="Century Schoolbook" w:hAnsi="Century Schoolbook" w:cs="Times New Roman"/>
          <w:sz w:val="24"/>
        </w:rPr>
        <w:t>（</w:t>
      </w:r>
      <w:r w:rsidRPr="00153B11">
        <w:rPr>
          <w:rFonts w:ascii="Century Schoolbook" w:hAnsi="Century Schoolbook" w:cs="Times New Roman"/>
          <w:sz w:val="24"/>
        </w:rPr>
        <w:t xml:space="preserve"> A </w:t>
      </w:r>
      <w:r w:rsidRPr="00153B11">
        <w:rPr>
          <w:rFonts w:ascii="Century Schoolbook" w:hAnsi="Century Schoolbook" w:cs="Times New Roman"/>
          <w:sz w:val="24"/>
        </w:rPr>
        <w:t>）</w:t>
      </w:r>
      <w:r w:rsidRPr="00153B11">
        <w:rPr>
          <w:rFonts w:ascii="Century Schoolbook" w:hAnsi="Century Schoolbook" w:cs="Times New Roman"/>
          <w:sz w:val="24"/>
        </w:rPr>
        <w:t xml:space="preserve"> </w:t>
      </w:r>
      <w:r w:rsidRPr="00DD0432">
        <w:rPr>
          <w:rFonts w:ascii="Century Schoolbook" w:hAnsi="Century Schoolbook" w:cs="Times New Roman"/>
          <w:sz w:val="24"/>
        </w:rPr>
        <w:t>a lot of traditional buildings.</w:t>
      </w:r>
      <w:r>
        <w:rPr>
          <w:rFonts w:ascii="Century Schoolbook" w:hAnsi="Century Schoolbook" w:cs="Times New Roman" w:hint="eastAsia"/>
          <w:sz w:val="24"/>
          <w:lang w:eastAsia="ja-JP"/>
        </w:rPr>
        <w:t xml:space="preserve"> </w:t>
      </w:r>
      <w:r w:rsidRPr="00DD0432">
        <w:rPr>
          <w:rFonts w:ascii="Century Schoolbook" w:hAnsi="Century Schoolbook" w:cs="Times New Roman"/>
          <w:sz w:val="24"/>
        </w:rPr>
        <w:t xml:space="preserve">Can you see </w:t>
      </w:r>
      <w:r w:rsidRPr="009E737C">
        <w:rPr>
          <w:rFonts w:asciiTheme="minorEastAsia" w:hAnsiTheme="minorEastAsia" w:cs="Cambria Math"/>
          <w:sz w:val="24"/>
          <w:vertAlign w:val="subscript"/>
          <w:lang w:eastAsia="ja-JP"/>
        </w:rPr>
        <w:t>①</w:t>
      </w:r>
      <w:r w:rsidRPr="006A232A">
        <w:rPr>
          <w:rFonts w:ascii="Century Schoolbook" w:hAnsi="Century Schoolbook" w:cs="Times New Roman"/>
          <w:sz w:val="24"/>
          <w:u w:val="single"/>
        </w:rPr>
        <w:t>that tall building</w:t>
      </w:r>
      <w:r w:rsidRPr="00DD0432">
        <w:rPr>
          <w:rFonts w:ascii="Century Schoolbook" w:hAnsi="Century Schoolbook" w:cs="Times New Roman"/>
          <w:sz w:val="24"/>
        </w:rPr>
        <w:t xml:space="preserve"> over there?</w:t>
      </w:r>
      <w:r>
        <w:rPr>
          <w:rFonts w:ascii="Century Schoolbook" w:hAnsi="Century Schoolbook" w:cs="Times New Roman" w:hint="eastAsia"/>
          <w:sz w:val="24"/>
          <w:lang w:eastAsia="ja-JP"/>
        </w:rPr>
        <w:t xml:space="preserve"> </w:t>
      </w:r>
      <w:r w:rsidRPr="00DD0432">
        <w:rPr>
          <w:rFonts w:ascii="Century Schoolbook" w:hAnsi="Century Schoolbook" w:cs="Times New Roman"/>
          <w:sz w:val="24"/>
        </w:rPr>
        <w:t>That is the library.</w:t>
      </w:r>
      <w:r>
        <w:rPr>
          <w:rFonts w:ascii="Century Schoolbook" w:hAnsi="Century Schoolbook" w:cs="Times New Roman" w:hint="eastAsia"/>
          <w:sz w:val="24"/>
          <w:lang w:eastAsia="ja-JP"/>
        </w:rPr>
        <w:t xml:space="preserve"> </w:t>
      </w:r>
      <w:r w:rsidRPr="00DD0432">
        <w:rPr>
          <w:rFonts w:ascii="Century Schoolbook" w:hAnsi="Century Schoolbook" w:cs="Times New Roman"/>
          <w:sz w:val="24"/>
        </w:rPr>
        <w:t>It is three hundred years old and it has a long history.</w:t>
      </w:r>
      <w:r>
        <w:rPr>
          <w:rFonts w:ascii="Century Schoolbook" w:hAnsi="Century Schoolbook" w:cs="Times New Roman" w:hint="eastAsia"/>
          <w:sz w:val="24"/>
          <w:lang w:eastAsia="ja-JP"/>
        </w:rPr>
        <w:t xml:space="preserve"> </w:t>
      </w:r>
      <w:r w:rsidRPr="00DD0432">
        <w:rPr>
          <w:rFonts w:ascii="Century Schoolbook" w:hAnsi="Century Schoolbook" w:cs="Times New Roman"/>
          <w:sz w:val="24"/>
        </w:rPr>
        <w:t xml:space="preserve">Remember. </w:t>
      </w:r>
      <w:r w:rsidRPr="009E737C">
        <w:rPr>
          <w:rFonts w:asciiTheme="minorEastAsia" w:hAnsiTheme="minorEastAsia" w:cs="Cambria Math"/>
          <w:sz w:val="24"/>
          <w:vertAlign w:val="subscript"/>
          <w:lang w:eastAsia="ja-JP"/>
        </w:rPr>
        <w:t>②</w:t>
      </w:r>
      <w:r w:rsidRPr="006A232A">
        <w:rPr>
          <w:rFonts w:ascii="Century Schoolbook" w:hAnsi="Century Schoolbook" w:cs="Times New Roman"/>
          <w:sz w:val="24"/>
          <w:u w:val="single"/>
        </w:rPr>
        <w:t>You must not eat or drink in such old buildings.</w:t>
      </w:r>
      <w:r>
        <w:rPr>
          <w:rFonts w:ascii="Century Schoolbook" w:hAnsi="Century Schoolbook" w:cs="Times New Roman" w:hint="eastAsia"/>
          <w:sz w:val="24"/>
          <w:lang w:eastAsia="ja-JP"/>
        </w:rPr>
        <w:t xml:space="preserve"> </w:t>
      </w:r>
      <w:r w:rsidRPr="005E3F53">
        <w:rPr>
          <w:rFonts w:ascii="Century Schoolbook" w:hAnsi="Century Schoolbook" w:cs="Times New Roman"/>
          <w:sz w:val="24"/>
        </w:rPr>
        <w:t>【</w:t>
      </w:r>
      <w:r w:rsidRPr="005E3F53">
        <w:rPr>
          <w:rFonts w:ascii="Century Schoolbook" w:hAnsi="Century Schoolbook" w:cs="Times New Roman"/>
          <w:sz w:val="24"/>
        </w:rPr>
        <w:t>1. rain / 2. the / 3. newspaper / 4. may / 5. it / 6. today / 7. says</w:t>
      </w:r>
      <w:r w:rsidRPr="005E3F53">
        <w:rPr>
          <w:rFonts w:ascii="Century Schoolbook" w:hAnsi="Century Schoolbook" w:cs="Times New Roman"/>
          <w:sz w:val="24"/>
        </w:rPr>
        <w:t>】</w:t>
      </w:r>
      <w:r w:rsidRPr="00DD0432">
        <w:rPr>
          <w:rFonts w:ascii="Century Schoolbook" w:hAnsi="Century Schoolbook" w:cs="Times New Roman"/>
          <w:sz w:val="24"/>
        </w:rPr>
        <w:t>.</w:t>
      </w:r>
      <w:r>
        <w:rPr>
          <w:rFonts w:ascii="Century Schoolbook" w:hAnsi="Century Schoolbook" w:cs="Times New Roman" w:hint="eastAsia"/>
          <w:sz w:val="24"/>
          <w:lang w:eastAsia="ja-JP"/>
        </w:rPr>
        <w:t xml:space="preserve"> </w:t>
      </w:r>
      <w:r w:rsidRPr="00DD0432">
        <w:rPr>
          <w:rFonts w:ascii="Century Schoolbook" w:hAnsi="Century Schoolbook" w:cs="Times New Roman"/>
          <w:sz w:val="24"/>
        </w:rPr>
        <w:t>So, bring your umbrella with you.</w:t>
      </w:r>
    </w:p>
    <w:p w14:paraId="13EB0220" w14:textId="7F85D262" w:rsidR="00EF0564" w:rsidRPr="00C5128B" w:rsidRDefault="00EF0564" w:rsidP="00C5128B">
      <w:pPr>
        <w:ind w:left="540" w:hangingChars="300" w:hanging="540"/>
        <w:rPr>
          <w:rFonts w:ascii="Century Schoolbook" w:hAnsi="Century Schoolbook"/>
          <w:sz w:val="20"/>
          <w:szCs w:val="20"/>
          <w:lang w:eastAsia="ja-JP"/>
        </w:rPr>
      </w:pPr>
      <w:r w:rsidRPr="00C5128B">
        <w:rPr>
          <w:rFonts w:ascii="Century Schoolbook" w:hAnsi="Century Schoolbook"/>
          <w:sz w:val="18"/>
          <w:szCs w:val="18"/>
          <w:lang w:eastAsia="ja-JP"/>
        </w:rPr>
        <w:t>（注）</w:t>
      </w:r>
      <w:r w:rsidR="00C5128B" w:rsidRPr="00C5128B">
        <w:rPr>
          <w:rFonts w:ascii="Century Schoolbook" w:hAnsi="Century Schoolbook" w:hint="eastAsia"/>
          <w:sz w:val="18"/>
          <w:szCs w:val="18"/>
          <w:lang w:eastAsia="ja-JP"/>
        </w:rPr>
        <w:t>traditional</w:t>
      </w:r>
      <w:r w:rsidR="00C5128B" w:rsidRPr="00C5128B">
        <w:rPr>
          <w:rFonts w:ascii="Century Schoolbook" w:hAnsi="Century Schoolbook" w:hint="eastAsia"/>
          <w:sz w:val="18"/>
          <w:szCs w:val="18"/>
          <w:lang w:eastAsia="ja-JP"/>
        </w:rPr>
        <w:t xml:space="preserve">：伝統的な　</w:t>
      </w:r>
      <w:r w:rsidR="00C5128B" w:rsidRPr="00C5128B">
        <w:rPr>
          <w:rFonts w:ascii="Century Schoolbook" w:hAnsi="Century Schoolbook" w:hint="eastAsia"/>
          <w:sz w:val="18"/>
          <w:szCs w:val="18"/>
          <w:lang w:eastAsia="ja-JP"/>
        </w:rPr>
        <w:t>building</w:t>
      </w:r>
      <w:r w:rsidR="00C5128B" w:rsidRPr="00C5128B">
        <w:rPr>
          <w:rFonts w:ascii="Century Schoolbook" w:hAnsi="Century Schoolbook" w:hint="eastAsia"/>
          <w:sz w:val="18"/>
          <w:szCs w:val="18"/>
          <w:lang w:eastAsia="ja-JP"/>
        </w:rPr>
        <w:t xml:space="preserve">：建物　</w:t>
      </w:r>
      <w:r w:rsidR="00C5128B" w:rsidRPr="00C5128B">
        <w:rPr>
          <w:rFonts w:ascii="Century Schoolbook" w:hAnsi="Century Schoolbook" w:hint="eastAsia"/>
          <w:sz w:val="18"/>
          <w:szCs w:val="18"/>
          <w:lang w:eastAsia="ja-JP"/>
        </w:rPr>
        <w:t>umbrella</w:t>
      </w:r>
      <w:r w:rsidR="00C5128B" w:rsidRPr="00C5128B">
        <w:rPr>
          <w:rFonts w:ascii="Century Schoolbook" w:hAnsi="Century Schoolbook" w:hint="eastAsia"/>
          <w:sz w:val="18"/>
          <w:szCs w:val="18"/>
          <w:lang w:eastAsia="ja-JP"/>
        </w:rPr>
        <w:t>：かさ</w:t>
      </w:r>
    </w:p>
    <w:p w14:paraId="1E754663" w14:textId="77777777" w:rsidR="008F35D9" w:rsidRPr="000C3CCC" w:rsidRDefault="008F35D9" w:rsidP="008F35D9">
      <w:pPr>
        <w:ind w:left="630" w:hangingChars="300" w:hanging="630"/>
        <w:rPr>
          <w:rFonts w:asciiTheme="minorEastAsia" w:hAnsiTheme="minorEastAsia"/>
          <w:sz w:val="24"/>
          <w:lang w:eastAsia="ja-JP"/>
        </w:rPr>
      </w:pPr>
      <w:r w:rsidRPr="000C3CCC">
        <w:rPr>
          <w:rFonts w:asciiTheme="majorEastAsia" w:eastAsiaTheme="majorEastAsia" w:hAnsiTheme="majorEastAsia"/>
          <w:sz w:val="21"/>
          <w:szCs w:val="20"/>
          <w:lang w:eastAsia="ja-JP"/>
        </w:rPr>
        <w:t>問１</w:t>
      </w:r>
      <w:r w:rsidRPr="000C3CCC">
        <w:rPr>
          <w:rFonts w:asciiTheme="minorEastAsia" w:hAnsiTheme="minorEastAsia"/>
          <w:sz w:val="21"/>
          <w:szCs w:val="20"/>
          <w:lang w:eastAsia="ja-JP"/>
        </w:rPr>
        <w:t xml:space="preserve">　本文中の（ A ）にあてはまる語として最も適切なものを、次から1つ選び、その番号を答えなさい。</w:t>
      </w:r>
    </w:p>
    <w:p w14:paraId="141A041B" w14:textId="77777777" w:rsidR="008F35D9" w:rsidRPr="000C3CCC" w:rsidRDefault="008F35D9" w:rsidP="008F35D9">
      <w:pPr>
        <w:ind w:leftChars="300" w:left="660"/>
        <w:rPr>
          <w:rFonts w:asciiTheme="minorEastAsia" w:hAnsiTheme="minorEastAsia"/>
          <w:sz w:val="21"/>
          <w:szCs w:val="20"/>
          <w:lang w:eastAsia="ja-JP"/>
        </w:rPr>
      </w:pPr>
      <w:r w:rsidRPr="000C3CCC">
        <w:rPr>
          <w:rFonts w:asciiTheme="minorEastAsia" w:hAnsiTheme="minorEastAsia"/>
          <w:sz w:val="21"/>
          <w:szCs w:val="20"/>
        </w:rPr>
        <w:t xml:space="preserve">① </w:t>
      </w:r>
      <w:r>
        <w:rPr>
          <w:rFonts w:ascii="Century Schoolbook" w:hAnsi="Century Schoolbook" w:hint="eastAsia"/>
          <w:sz w:val="21"/>
          <w:szCs w:val="20"/>
          <w:lang w:eastAsia="ja-JP"/>
        </w:rPr>
        <w:t>is</w:t>
      </w:r>
      <w:r w:rsidRPr="000C3CCC">
        <w:rPr>
          <w:rFonts w:asciiTheme="minorEastAsia" w:hAnsiTheme="minorEastAsia"/>
          <w:sz w:val="21"/>
          <w:szCs w:val="20"/>
        </w:rPr>
        <w:t xml:space="preserve">　　② </w:t>
      </w:r>
      <w:r w:rsidRPr="00EA34C0">
        <w:rPr>
          <w:rFonts w:ascii="Century Schoolbook" w:hAnsi="Century Schoolbook"/>
          <w:sz w:val="21"/>
          <w:szCs w:val="20"/>
        </w:rPr>
        <w:t>has</w:t>
      </w:r>
      <w:r w:rsidRPr="000C3CCC">
        <w:rPr>
          <w:rFonts w:asciiTheme="minorEastAsia" w:hAnsiTheme="minorEastAsia"/>
          <w:sz w:val="21"/>
          <w:szCs w:val="20"/>
        </w:rPr>
        <w:t xml:space="preserve">　　③ </w:t>
      </w:r>
      <w:r>
        <w:rPr>
          <w:rFonts w:ascii="Century Schoolbook" w:hAnsi="Century Schoolbook" w:hint="eastAsia"/>
          <w:sz w:val="21"/>
          <w:szCs w:val="20"/>
          <w:lang w:eastAsia="ja-JP"/>
        </w:rPr>
        <w:t>says</w:t>
      </w:r>
      <w:r w:rsidRPr="000C3CCC">
        <w:rPr>
          <w:rFonts w:asciiTheme="minorEastAsia" w:hAnsiTheme="minorEastAsia"/>
          <w:sz w:val="21"/>
          <w:szCs w:val="20"/>
        </w:rPr>
        <w:t xml:space="preserve">　　④ </w:t>
      </w:r>
      <w:r>
        <w:rPr>
          <w:rFonts w:ascii="Century Schoolbook" w:hAnsi="Century Schoolbook" w:hint="eastAsia"/>
          <w:sz w:val="21"/>
          <w:szCs w:val="20"/>
          <w:lang w:eastAsia="ja-JP"/>
        </w:rPr>
        <w:t>eats</w:t>
      </w:r>
    </w:p>
    <w:p w14:paraId="451C45DE" w14:textId="77777777" w:rsidR="008F35D9" w:rsidRPr="000C3CCC" w:rsidRDefault="008F35D9" w:rsidP="008F35D9">
      <w:pPr>
        <w:ind w:left="630" w:hangingChars="300" w:hanging="630"/>
        <w:rPr>
          <w:rFonts w:asciiTheme="minorEastAsia" w:hAnsiTheme="minorEastAsia"/>
          <w:sz w:val="21"/>
          <w:szCs w:val="20"/>
          <w:lang w:eastAsia="ja-JP"/>
        </w:rPr>
      </w:pPr>
      <w:r w:rsidRPr="000C3CCC">
        <w:rPr>
          <w:rFonts w:asciiTheme="majorEastAsia" w:eastAsiaTheme="majorEastAsia" w:hAnsiTheme="majorEastAsia"/>
          <w:sz w:val="21"/>
          <w:szCs w:val="20"/>
          <w:lang w:eastAsia="ja-JP"/>
        </w:rPr>
        <w:t>問</w:t>
      </w:r>
      <w:r>
        <w:rPr>
          <w:rFonts w:asciiTheme="majorEastAsia" w:eastAsiaTheme="majorEastAsia" w:hAnsiTheme="majorEastAsia" w:hint="eastAsia"/>
          <w:sz w:val="21"/>
          <w:szCs w:val="20"/>
          <w:lang w:eastAsia="ja-JP"/>
        </w:rPr>
        <w:t>２</w:t>
      </w:r>
      <w:r w:rsidRPr="000C3CCC">
        <w:rPr>
          <w:rFonts w:asciiTheme="minorEastAsia" w:hAnsiTheme="minorEastAsia"/>
          <w:sz w:val="21"/>
          <w:szCs w:val="20"/>
          <w:lang w:eastAsia="ja-JP"/>
        </w:rPr>
        <w:t xml:space="preserve">　下線部</w:t>
      </w:r>
      <w:r>
        <w:rPr>
          <w:rFonts w:asciiTheme="minorEastAsia" w:hAnsiTheme="minorEastAsia" w:hint="eastAsia"/>
          <w:sz w:val="21"/>
          <w:szCs w:val="20"/>
          <w:lang w:eastAsia="ja-JP"/>
        </w:rPr>
        <w:t>①</w:t>
      </w:r>
      <w:r w:rsidRPr="000C3CCC">
        <w:rPr>
          <w:rFonts w:asciiTheme="minorEastAsia" w:hAnsiTheme="minorEastAsia"/>
          <w:sz w:val="21"/>
          <w:szCs w:val="20"/>
          <w:lang w:eastAsia="ja-JP"/>
        </w:rPr>
        <w:t>は</w:t>
      </w:r>
      <w:r>
        <w:rPr>
          <w:rFonts w:asciiTheme="minorEastAsia" w:hAnsiTheme="minorEastAsia" w:hint="eastAsia"/>
          <w:sz w:val="21"/>
          <w:szCs w:val="20"/>
          <w:lang w:eastAsia="ja-JP"/>
        </w:rPr>
        <w:t>何</w:t>
      </w:r>
      <w:r w:rsidRPr="000C3CCC">
        <w:rPr>
          <w:rFonts w:asciiTheme="minorEastAsia" w:hAnsiTheme="minorEastAsia"/>
          <w:sz w:val="21"/>
          <w:szCs w:val="20"/>
          <w:lang w:eastAsia="ja-JP"/>
        </w:rPr>
        <w:t>を指していますか。</w:t>
      </w:r>
      <w:r w:rsidRPr="002F3F32">
        <w:rPr>
          <w:rFonts w:asciiTheme="minorEastAsia" w:hAnsiTheme="minorEastAsia"/>
          <w:sz w:val="21"/>
          <w:szCs w:val="20"/>
          <w:lang w:eastAsia="ja-JP"/>
        </w:rPr>
        <w:t>本文の内容に合うように、</w:t>
      </w:r>
      <w:r w:rsidRPr="000C3CCC">
        <w:rPr>
          <w:rFonts w:asciiTheme="minorEastAsia" w:hAnsiTheme="minorEastAsia"/>
          <w:sz w:val="21"/>
          <w:szCs w:val="20"/>
          <w:lang w:eastAsia="ja-JP"/>
        </w:rPr>
        <w:t>日本語で書きなさい。</w:t>
      </w:r>
    </w:p>
    <w:p w14:paraId="68B1291E" w14:textId="77777777" w:rsidR="008F35D9" w:rsidRPr="000C3CCC" w:rsidRDefault="008F35D9" w:rsidP="008F35D9">
      <w:pPr>
        <w:rPr>
          <w:rFonts w:asciiTheme="minorEastAsia" w:hAnsiTheme="minorEastAsia"/>
          <w:sz w:val="20"/>
          <w:szCs w:val="20"/>
          <w:lang w:eastAsia="ja-JP"/>
        </w:rPr>
      </w:pPr>
      <w:r w:rsidRPr="000C3CCC">
        <w:rPr>
          <w:rFonts w:asciiTheme="majorEastAsia" w:eastAsiaTheme="majorEastAsia" w:hAnsiTheme="majorEastAsia"/>
          <w:sz w:val="21"/>
          <w:szCs w:val="20"/>
          <w:lang w:eastAsia="ja-JP"/>
        </w:rPr>
        <w:t>問３</w:t>
      </w:r>
      <w:r w:rsidRPr="000C3CCC">
        <w:rPr>
          <w:rFonts w:asciiTheme="minorEastAsia" w:hAnsiTheme="minorEastAsia"/>
          <w:sz w:val="21"/>
          <w:szCs w:val="20"/>
          <w:lang w:eastAsia="ja-JP"/>
        </w:rPr>
        <w:t xml:space="preserve">　下線部</w:t>
      </w:r>
      <w:r>
        <w:rPr>
          <w:rFonts w:asciiTheme="minorEastAsia" w:hAnsiTheme="minorEastAsia" w:hint="eastAsia"/>
          <w:sz w:val="21"/>
          <w:szCs w:val="20"/>
          <w:lang w:eastAsia="ja-JP"/>
        </w:rPr>
        <w:t>②</w:t>
      </w:r>
      <w:r w:rsidRPr="000C3CCC">
        <w:rPr>
          <w:rFonts w:asciiTheme="minorEastAsia" w:hAnsiTheme="minorEastAsia"/>
          <w:sz w:val="21"/>
          <w:szCs w:val="20"/>
          <w:lang w:eastAsia="ja-JP"/>
        </w:rPr>
        <w:t>を日本語に訳しなさい。</w:t>
      </w:r>
    </w:p>
    <w:p w14:paraId="6F834B12" w14:textId="77777777" w:rsidR="008F35D9" w:rsidRPr="000C3CCC" w:rsidRDefault="008F35D9" w:rsidP="008F35D9">
      <w:pPr>
        <w:ind w:left="630" w:hangingChars="300" w:hanging="630"/>
        <w:rPr>
          <w:rFonts w:asciiTheme="minorEastAsia" w:hAnsiTheme="minorEastAsia"/>
          <w:sz w:val="21"/>
          <w:szCs w:val="20"/>
          <w:lang w:eastAsia="ja-JP"/>
        </w:rPr>
      </w:pPr>
      <w:r w:rsidRPr="000C3CCC">
        <w:rPr>
          <w:rFonts w:asciiTheme="majorEastAsia" w:eastAsiaTheme="majorEastAsia" w:hAnsiTheme="majorEastAsia"/>
          <w:sz w:val="21"/>
          <w:szCs w:val="20"/>
          <w:lang w:eastAsia="ja-JP"/>
        </w:rPr>
        <w:t>問</w:t>
      </w:r>
      <w:r>
        <w:rPr>
          <w:rFonts w:asciiTheme="majorEastAsia" w:eastAsiaTheme="majorEastAsia" w:hAnsiTheme="majorEastAsia" w:hint="eastAsia"/>
          <w:sz w:val="21"/>
          <w:szCs w:val="20"/>
          <w:lang w:eastAsia="ja-JP"/>
        </w:rPr>
        <w:t>４</w:t>
      </w:r>
      <w:r w:rsidRPr="000C3CCC">
        <w:rPr>
          <w:rFonts w:asciiTheme="minorEastAsia" w:hAnsiTheme="minorEastAsia"/>
          <w:sz w:val="21"/>
          <w:szCs w:val="20"/>
          <w:lang w:eastAsia="ja-JP"/>
        </w:rPr>
        <w:t xml:space="preserve">　本文中【　】の中の語を意味が通じるように並べかえなさい。その答えとして正しいものを、次から1つ選び、その番号を答えなさい。</w:t>
      </w:r>
    </w:p>
    <w:p w14:paraId="1AE3F651" w14:textId="77777777" w:rsidR="008F35D9" w:rsidRPr="000C3CCC" w:rsidRDefault="008F35D9" w:rsidP="008F35D9">
      <w:pPr>
        <w:ind w:leftChars="300" w:left="660"/>
        <w:rPr>
          <w:rFonts w:asciiTheme="minorEastAsia" w:hAnsiTheme="minorEastAsia"/>
          <w:sz w:val="20"/>
          <w:szCs w:val="20"/>
          <w:lang w:eastAsia="ja-JP"/>
        </w:rPr>
      </w:pPr>
      <w:r w:rsidRPr="005E3F53">
        <w:rPr>
          <w:rFonts w:asciiTheme="minorEastAsia" w:hAnsiTheme="minorEastAsia"/>
          <w:sz w:val="21"/>
          <w:szCs w:val="20"/>
        </w:rPr>
        <w:t>① 2－3－7－5－4－1－6</w:t>
      </w:r>
      <w:r w:rsidRPr="005E3F53">
        <w:rPr>
          <w:rFonts w:asciiTheme="minorEastAsia" w:hAnsiTheme="minorEastAsia"/>
          <w:sz w:val="21"/>
          <w:szCs w:val="20"/>
        </w:rPr>
        <w:br/>
        <w:t>② 2－7－3－</w:t>
      </w:r>
      <w:r>
        <w:rPr>
          <w:rFonts w:asciiTheme="minorEastAsia" w:hAnsiTheme="minorEastAsia" w:hint="eastAsia"/>
          <w:sz w:val="21"/>
          <w:szCs w:val="20"/>
          <w:lang w:eastAsia="ja-JP"/>
        </w:rPr>
        <w:t>6</w:t>
      </w:r>
      <w:r w:rsidRPr="005E3F53">
        <w:rPr>
          <w:rFonts w:asciiTheme="minorEastAsia" w:hAnsiTheme="minorEastAsia"/>
          <w:sz w:val="21"/>
          <w:szCs w:val="20"/>
        </w:rPr>
        <w:t>－4－1－</w:t>
      </w:r>
      <w:r>
        <w:rPr>
          <w:rFonts w:asciiTheme="minorEastAsia" w:hAnsiTheme="minorEastAsia" w:hint="eastAsia"/>
          <w:sz w:val="21"/>
          <w:szCs w:val="20"/>
          <w:lang w:eastAsia="ja-JP"/>
        </w:rPr>
        <w:t>5</w:t>
      </w:r>
      <w:r w:rsidRPr="005E3F53">
        <w:rPr>
          <w:rFonts w:asciiTheme="minorEastAsia" w:hAnsiTheme="minorEastAsia"/>
          <w:sz w:val="21"/>
          <w:szCs w:val="20"/>
        </w:rPr>
        <w:br/>
        <w:t>③ 3－2－7－5－4－1－6</w:t>
      </w:r>
      <w:r w:rsidRPr="005E3F53">
        <w:rPr>
          <w:rFonts w:asciiTheme="minorEastAsia" w:hAnsiTheme="minorEastAsia"/>
          <w:sz w:val="21"/>
          <w:szCs w:val="20"/>
        </w:rPr>
        <w:br/>
        <w:t>④ 2－3－5－7－4－1－6</w:t>
      </w:r>
    </w:p>
    <w:p w14:paraId="366D2FCF" w14:textId="77777777" w:rsidR="008F35D9" w:rsidRPr="000C3CCC" w:rsidRDefault="008F35D9" w:rsidP="008F35D9">
      <w:pPr>
        <w:ind w:left="630" w:hangingChars="300" w:hanging="630"/>
        <w:rPr>
          <w:rFonts w:asciiTheme="minorEastAsia" w:hAnsiTheme="minorEastAsia"/>
          <w:sz w:val="21"/>
          <w:szCs w:val="20"/>
          <w:lang w:eastAsia="ja-JP"/>
        </w:rPr>
      </w:pPr>
    </w:p>
    <w:tbl>
      <w:tblPr>
        <w:tblStyle w:val="afe"/>
        <w:tblW w:w="5000" w:type="pct"/>
        <w:jc w:val="center"/>
        <w:tblLook w:val="04A0" w:firstRow="1" w:lastRow="0" w:firstColumn="1" w:lastColumn="0" w:noHBand="0" w:noVBand="1"/>
      </w:tblPr>
      <w:tblGrid>
        <w:gridCol w:w="1344"/>
        <w:gridCol w:w="7036"/>
      </w:tblGrid>
      <w:tr w:rsidR="008F35D9" w:rsidRPr="000C3CCC" w14:paraId="45C36E53" w14:textId="77777777" w:rsidTr="00BB6CEF">
        <w:trPr>
          <w:trHeight w:val="617"/>
          <w:jc w:val="center"/>
        </w:trPr>
        <w:tc>
          <w:tcPr>
            <w:tcW w:w="802" w:type="pct"/>
            <w:vAlign w:val="center"/>
          </w:tcPr>
          <w:p w14:paraId="15CFDC63" w14:textId="77777777" w:rsidR="008F35D9" w:rsidRPr="009A7FEE" w:rsidRDefault="008F35D9" w:rsidP="00BB6CEF">
            <w:pPr>
              <w:jc w:val="center"/>
              <w:rPr>
                <w:rFonts w:asciiTheme="majorEastAsia" w:eastAsiaTheme="majorEastAsia" w:hAnsiTheme="majorEastAsia"/>
                <w:sz w:val="21"/>
                <w:szCs w:val="21"/>
                <w:lang w:eastAsia="ja-JP"/>
              </w:rPr>
            </w:pPr>
            <w:r w:rsidRPr="009A7FEE">
              <w:rPr>
                <w:rFonts w:asciiTheme="majorEastAsia" w:eastAsiaTheme="majorEastAsia" w:hAnsiTheme="majorEastAsia" w:hint="eastAsia"/>
                <w:sz w:val="21"/>
                <w:szCs w:val="21"/>
                <w:lang w:eastAsia="ja-JP"/>
              </w:rPr>
              <w:t>問１</w:t>
            </w:r>
          </w:p>
        </w:tc>
        <w:tc>
          <w:tcPr>
            <w:tcW w:w="4198" w:type="pct"/>
            <w:vAlign w:val="center"/>
          </w:tcPr>
          <w:p w14:paraId="624680AE" w14:textId="77777777" w:rsidR="008F35D9" w:rsidRPr="00E14B6A" w:rsidRDefault="008F35D9" w:rsidP="00BB6CEF">
            <w:pPr>
              <w:jc w:val="center"/>
              <w:rPr>
                <w:rFonts w:ascii="BIZ UDPゴシック" w:eastAsia="BIZ UDPゴシック" w:hAnsi="BIZ UDPゴシック"/>
                <w:color w:val="0070C0"/>
                <w:sz w:val="28"/>
                <w:szCs w:val="28"/>
              </w:rPr>
            </w:pPr>
          </w:p>
        </w:tc>
      </w:tr>
      <w:tr w:rsidR="008F35D9" w:rsidRPr="000C3CCC" w14:paraId="15F8D874" w14:textId="77777777" w:rsidTr="00BB6CEF">
        <w:trPr>
          <w:trHeight w:val="617"/>
          <w:jc w:val="center"/>
        </w:trPr>
        <w:tc>
          <w:tcPr>
            <w:tcW w:w="802" w:type="pct"/>
            <w:vAlign w:val="center"/>
          </w:tcPr>
          <w:p w14:paraId="756C3B31" w14:textId="77777777" w:rsidR="008F35D9" w:rsidRPr="009A7FEE" w:rsidRDefault="008F35D9" w:rsidP="00BB6CEF">
            <w:pPr>
              <w:jc w:val="center"/>
              <w:rPr>
                <w:rFonts w:asciiTheme="majorEastAsia" w:eastAsiaTheme="majorEastAsia" w:hAnsiTheme="majorEastAsia"/>
                <w:sz w:val="21"/>
                <w:szCs w:val="21"/>
              </w:rPr>
            </w:pPr>
            <w:r w:rsidRPr="009A7FEE">
              <w:rPr>
                <w:rFonts w:asciiTheme="majorEastAsia" w:eastAsiaTheme="majorEastAsia" w:hAnsiTheme="majorEastAsia" w:hint="eastAsia"/>
                <w:sz w:val="21"/>
                <w:szCs w:val="21"/>
                <w:lang w:eastAsia="ja-JP"/>
              </w:rPr>
              <w:t>問２</w:t>
            </w:r>
          </w:p>
        </w:tc>
        <w:tc>
          <w:tcPr>
            <w:tcW w:w="4198" w:type="pct"/>
            <w:vAlign w:val="center"/>
          </w:tcPr>
          <w:p w14:paraId="5427CD39" w14:textId="77777777" w:rsidR="008F35D9" w:rsidRPr="00E14B6A" w:rsidRDefault="008F35D9" w:rsidP="00BB6CEF">
            <w:pPr>
              <w:jc w:val="center"/>
              <w:rPr>
                <w:rFonts w:ascii="BIZ UDPゴシック" w:eastAsia="BIZ UDPゴシック" w:hAnsi="BIZ UDPゴシック"/>
                <w:color w:val="0070C0"/>
                <w:sz w:val="28"/>
                <w:szCs w:val="28"/>
              </w:rPr>
            </w:pPr>
          </w:p>
        </w:tc>
      </w:tr>
      <w:tr w:rsidR="008F35D9" w:rsidRPr="00E14B6A" w14:paraId="7B3DA18B" w14:textId="77777777" w:rsidTr="00BB6CEF">
        <w:trPr>
          <w:trHeight w:val="617"/>
          <w:jc w:val="center"/>
        </w:trPr>
        <w:tc>
          <w:tcPr>
            <w:tcW w:w="802" w:type="pct"/>
            <w:vAlign w:val="center"/>
          </w:tcPr>
          <w:p w14:paraId="06949E54" w14:textId="77777777" w:rsidR="008F35D9" w:rsidRPr="009A7FEE" w:rsidRDefault="008F35D9" w:rsidP="00BB6CEF">
            <w:pPr>
              <w:jc w:val="center"/>
              <w:rPr>
                <w:rFonts w:asciiTheme="majorEastAsia" w:eastAsiaTheme="majorEastAsia" w:hAnsiTheme="majorEastAsia"/>
                <w:sz w:val="21"/>
                <w:szCs w:val="21"/>
              </w:rPr>
            </w:pPr>
            <w:r w:rsidRPr="009A7FEE">
              <w:rPr>
                <w:rFonts w:asciiTheme="majorEastAsia" w:eastAsiaTheme="majorEastAsia" w:hAnsiTheme="majorEastAsia" w:hint="eastAsia"/>
                <w:sz w:val="21"/>
                <w:szCs w:val="21"/>
                <w:lang w:eastAsia="ja-JP"/>
              </w:rPr>
              <w:t>問３</w:t>
            </w:r>
          </w:p>
        </w:tc>
        <w:tc>
          <w:tcPr>
            <w:tcW w:w="4198" w:type="pct"/>
            <w:vAlign w:val="center"/>
          </w:tcPr>
          <w:p w14:paraId="0E8ABB3C" w14:textId="77777777" w:rsidR="008F35D9" w:rsidRPr="00E14B6A" w:rsidRDefault="008F35D9" w:rsidP="00BB6CEF">
            <w:pPr>
              <w:jc w:val="center"/>
              <w:rPr>
                <w:rFonts w:ascii="BIZ UDPゴシック" w:eastAsia="BIZ UDPゴシック" w:hAnsi="BIZ UDPゴシック"/>
                <w:color w:val="0070C0"/>
                <w:sz w:val="28"/>
                <w:szCs w:val="28"/>
                <w:lang w:eastAsia="ja-JP"/>
              </w:rPr>
            </w:pPr>
          </w:p>
        </w:tc>
      </w:tr>
      <w:tr w:rsidR="008F35D9" w:rsidRPr="000C3CCC" w14:paraId="7D5E4048" w14:textId="77777777" w:rsidTr="00BB6CEF">
        <w:trPr>
          <w:trHeight w:val="617"/>
          <w:jc w:val="center"/>
        </w:trPr>
        <w:tc>
          <w:tcPr>
            <w:tcW w:w="802" w:type="pct"/>
            <w:vAlign w:val="center"/>
          </w:tcPr>
          <w:p w14:paraId="066B4CE8" w14:textId="77777777" w:rsidR="008F35D9" w:rsidRPr="009A7FEE" w:rsidRDefault="008F35D9" w:rsidP="00BB6CEF">
            <w:pPr>
              <w:jc w:val="center"/>
              <w:rPr>
                <w:rFonts w:asciiTheme="majorEastAsia" w:eastAsiaTheme="majorEastAsia" w:hAnsiTheme="majorEastAsia"/>
                <w:sz w:val="21"/>
                <w:szCs w:val="21"/>
              </w:rPr>
            </w:pPr>
            <w:r w:rsidRPr="009A7FEE">
              <w:rPr>
                <w:rFonts w:asciiTheme="majorEastAsia" w:eastAsiaTheme="majorEastAsia" w:hAnsiTheme="majorEastAsia" w:hint="eastAsia"/>
                <w:sz w:val="21"/>
                <w:szCs w:val="21"/>
                <w:lang w:eastAsia="ja-JP"/>
              </w:rPr>
              <w:t>問４</w:t>
            </w:r>
          </w:p>
        </w:tc>
        <w:tc>
          <w:tcPr>
            <w:tcW w:w="4198" w:type="pct"/>
            <w:vAlign w:val="center"/>
          </w:tcPr>
          <w:p w14:paraId="5D721A0D" w14:textId="77777777" w:rsidR="008F35D9" w:rsidRPr="00E14B6A" w:rsidRDefault="008F35D9" w:rsidP="00BB6CEF">
            <w:pPr>
              <w:jc w:val="center"/>
              <w:rPr>
                <w:rFonts w:ascii="BIZ UDPゴシック" w:eastAsia="BIZ UDPゴシック" w:hAnsi="BIZ UDPゴシック"/>
                <w:color w:val="0070C0"/>
                <w:sz w:val="28"/>
                <w:szCs w:val="28"/>
                <w:lang w:eastAsia="ja-JP"/>
              </w:rPr>
            </w:pPr>
          </w:p>
        </w:tc>
      </w:tr>
    </w:tbl>
    <w:p w14:paraId="121676E9" w14:textId="77777777" w:rsidR="006D2E66" w:rsidRPr="000C3CCC" w:rsidRDefault="006D2E66" w:rsidP="00960777">
      <w:pPr>
        <w:rPr>
          <w:rFonts w:asciiTheme="minorEastAsia" w:hAnsiTheme="minorEastAsia" w:hint="eastAsia"/>
          <w:sz w:val="20"/>
          <w:szCs w:val="20"/>
          <w:lang w:eastAsia="ja-JP"/>
        </w:rPr>
      </w:pPr>
    </w:p>
    <w:sectPr w:rsidR="006D2E66" w:rsidRPr="000C3CCC" w:rsidSect="002D373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0318" w:h="14570" w:code="13"/>
      <w:pgMar w:top="1134" w:right="1077" w:bottom="851" w:left="1077" w:header="567" w:footer="5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A3EEB3" w14:textId="77777777" w:rsidR="0040730C" w:rsidRDefault="0040730C" w:rsidP="00831BF7">
      <w:pPr>
        <w:spacing w:after="0" w:line="240" w:lineRule="auto"/>
      </w:pPr>
      <w:r>
        <w:separator/>
      </w:r>
    </w:p>
  </w:endnote>
  <w:endnote w:type="continuationSeparator" w:id="0">
    <w:p w14:paraId="26865E9F" w14:textId="77777777" w:rsidR="0040730C" w:rsidRDefault="0040730C" w:rsidP="00831B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HGP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3BB23F" w14:textId="77777777" w:rsidR="00960777" w:rsidRDefault="00960777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3686E8" w14:textId="77777777" w:rsidR="00960777" w:rsidRDefault="00960777">
    <w:pPr>
      <w:pStyle w:val="a7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F46188" w14:textId="77777777" w:rsidR="00960777" w:rsidRDefault="00960777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7882AB" w14:textId="77777777" w:rsidR="0040730C" w:rsidRDefault="0040730C" w:rsidP="00831BF7">
      <w:pPr>
        <w:spacing w:after="0" w:line="240" w:lineRule="auto"/>
      </w:pPr>
      <w:r>
        <w:separator/>
      </w:r>
    </w:p>
  </w:footnote>
  <w:footnote w:type="continuationSeparator" w:id="0">
    <w:p w14:paraId="2CB093F9" w14:textId="77777777" w:rsidR="0040730C" w:rsidRDefault="0040730C" w:rsidP="00831B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CCB324" w14:textId="77777777" w:rsidR="00960777" w:rsidRDefault="00960777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afe"/>
      <w:tblW w:w="4966" w:type="pct"/>
      <w:tblLook w:val="04A0" w:firstRow="1" w:lastRow="0" w:firstColumn="1" w:lastColumn="0" w:noHBand="0" w:noVBand="1"/>
    </w:tblPr>
    <w:tblGrid>
      <w:gridCol w:w="3118"/>
      <w:gridCol w:w="2603"/>
      <w:gridCol w:w="2602"/>
    </w:tblGrid>
    <w:tr w:rsidR="00960777" w14:paraId="5D91825D" w14:textId="77777777" w:rsidTr="00390995">
      <w:tc>
        <w:tcPr>
          <w:tcW w:w="1873" w:type="pct"/>
          <w:vMerge w:val="restart"/>
          <w:shd w:val="clear" w:color="auto" w:fill="000000" w:themeFill="text1"/>
          <w:vAlign w:val="center"/>
        </w:tcPr>
        <w:p w14:paraId="1B4E81D7" w14:textId="77777777" w:rsidR="00960777" w:rsidRPr="000C3CCC" w:rsidRDefault="00960777" w:rsidP="00960777">
          <w:pPr>
            <w:pStyle w:val="a5"/>
            <w:tabs>
              <w:tab w:val="left" w:pos="1333"/>
              <w:tab w:val="right" w:pos="6261"/>
            </w:tabs>
            <w:jc w:val="center"/>
            <w:rPr>
              <w:rFonts w:asciiTheme="majorEastAsia" w:eastAsiaTheme="majorEastAsia" w:hAnsiTheme="majorEastAsia"/>
              <w:caps/>
              <w:color w:val="000000" w:themeColor="text1"/>
              <w:sz w:val="20"/>
              <w:szCs w:val="18"/>
              <w:lang w:eastAsia="ja-JP"/>
            </w:rPr>
          </w:pPr>
          <w:r w:rsidRPr="00F040DE">
            <w:rPr>
              <w:rFonts w:asciiTheme="majorEastAsia" w:eastAsiaTheme="majorEastAsia" w:hAnsiTheme="majorEastAsia" w:hint="eastAsia"/>
              <w:i/>
              <w:iCs/>
              <w:caps/>
              <w:color w:val="FFFFFF" w:themeColor="background1"/>
              <w:sz w:val="36"/>
              <w:szCs w:val="32"/>
              <w:lang w:eastAsia="ja-JP"/>
            </w:rPr>
            <w:t>演 習 問 題</w:t>
          </w:r>
          <w:r>
            <w:rPr>
              <w:rFonts w:asciiTheme="majorEastAsia" w:eastAsiaTheme="majorEastAsia" w:hAnsiTheme="majorEastAsia" w:hint="eastAsia"/>
              <w:i/>
              <w:iCs/>
              <w:caps/>
              <w:color w:val="FFFFFF" w:themeColor="background1"/>
              <w:sz w:val="36"/>
              <w:szCs w:val="32"/>
              <w:lang w:eastAsia="ja-JP"/>
            </w:rPr>
            <w:t xml:space="preserve"> ⑥</w:t>
          </w:r>
        </w:p>
      </w:tc>
      <w:tc>
        <w:tcPr>
          <w:tcW w:w="1564" w:type="pct"/>
          <w:vAlign w:val="center"/>
        </w:tcPr>
        <w:p w14:paraId="2DD7CA02" w14:textId="77777777" w:rsidR="00960777" w:rsidRPr="00B25FE3" w:rsidRDefault="00960777" w:rsidP="00960777">
          <w:pPr>
            <w:pStyle w:val="a5"/>
            <w:tabs>
              <w:tab w:val="left" w:pos="1333"/>
              <w:tab w:val="right" w:pos="6261"/>
            </w:tabs>
            <w:ind w:firstLineChars="100" w:firstLine="160"/>
            <w:jc w:val="both"/>
            <w:rPr>
              <w:rFonts w:asciiTheme="majorEastAsia" w:eastAsiaTheme="majorEastAsia" w:hAnsiTheme="majorEastAsia"/>
              <w:caps/>
              <w:color w:val="000000" w:themeColor="text1"/>
              <w:sz w:val="16"/>
              <w:szCs w:val="14"/>
              <w:lang w:eastAsia="ja-JP"/>
            </w:rPr>
          </w:pPr>
          <w:r w:rsidRPr="00B25FE3">
            <w:rPr>
              <w:rFonts w:asciiTheme="majorEastAsia" w:eastAsiaTheme="majorEastAsia" w:hAnsiTheme="majorEastAsia" w:hint="eastAsia"/>
              <w:caps/>
              <w:color w:val="000000" w:themeColor="text1"/>
              <w:sz w:val="16"/>
              <w:szCs w:val="14"/>
              <w:lang w:eastAsia="ja-JP"/>
            </w:rPr>
            <w:t>ワード数：69語</w:t>
          </w:r>
        </w:p>
      </w:tc>
      <w:tc>
        <w:tcPr>
          <w:tcW w:w="1563" w:type="pct"/>
          <w:vMerge w:val="restart"/>
        </w:tcPr>
        <w:p w14:paraId="4A6D6B58" w14:textId="77777777" w:rsidR="00960777" w:rsidRPr="000C3CCC" w:rsidRDefault="00960777" w:rsidP="00960777">
          <w:pPr>
            <w:pStyle w:val="a5"/>
            <w:tabs>
              <w:tab w:val="left" w:pos="1333"/>
              <w:tab w:val="right" w:pos="6261"/>
            </w:tabs>
            <w:ind w:firstLineChars="100" w:firstLine="160"/>
            <w:jc w:val="both"/>
            <w:rPr>
              <w:rFonts w:asciiTheme="majorEastAsia" w:eastAsiaTheme="majorEastAsia" w:hAnsiTheme="majorEastAsia"/>
              <w:caps/>
              <w:color w:val="000000" w:themeColor="text1"/>
              <w:sz w:val="16"/>
              <w:szCs w:val="14"/>
              <w:lang w:eastAsia="ja-JP"/>
            </w:rPr>
          </w:pPr>
          <w:r w:rsidRPr="00BD67E1">
            <w:rPr>
              <w:rFonts w:asciiTheme="majorEastAsia" w:eastAsiaTheme="majorEastAsia" w:hAnsiTheme="majorEastAsia" w:hint="eastAsia"/>
              <w:caps/>
              <w:color w:val="000000" w:themeColor="text1"/>
              <w:sz w:val="16"/>
              <w:szCs w:val="14"/>
              <w:lang w:eastAsia="ja-JP"/>
            </w:rPr>
            <w:t>正答数</w:t>
          </w:r>
        </w:p>
        <w:p w14:paraId="62BBE6C8" w14:textId="77777777" w:rsidR="00960777" w:rsidRPr="000C3CCC" w:rsidRDefault="00960777" w:rsidP="00960777">
          <w:pPr>
            <w:pStyle w:val="a5"/>
            <w:ind w:firstLineChars="100" w:firstLine="160"/>
            <w:jc w:val="right"/>
            <w:rPr>
              <w:rFonts w:asciiTheme="majorEastAsia" w:eastAsiaTheme="majorEastAsia" w:hAnsiTheme="majorEastAsia"/>
              <w:caps/>
              <w:color w:val="000000" w:themeColor="text1"/>
              <w:sz w:val="16"/>
              <w:szCs w:val="14"/>
              <w:lang w:eastAsia="ja-JP"/>
            </w:rPr>
          </w:pPr>
          <w:r w:rsidRPr="00BD67E1">
            <w:rPr>
              <w:rFonts w:ascii="HGP創英角ｺﾞｼｯｸUB" w:eastAsia="HGP創英角ｺﾞｼｯｸUB" w:hAnsi="HGP創英角ｺﾞｼｯｸUB" w:hint="eastAsia"/>
              <w:caps/>
              <w:color w:val="000000" w:themeColor="text1"/>
              <w:sz w:val="16"/>
              <w:szCs w:val="14"/>
              <w:lang w:val="ja-JP" w:eastAsia="ja-JP"/>
            </w:rPr>
            <w:t>/ ４</w:t>
          </w:r>
        </w:p>
      </w:tc>
    </w:tr>
    <w:tr w:rsidR="00960777" w14:paraId="6D33722A" w14:textId="77777777" w:rsidTr="00390995">
      <w:tc>
        <w:tcPr>
          <w:tcW w:w="1873" w:type="pct"/>
          <w:vMerge/>
          <w:shd w:val="clear" w:color="auto" w:fill="000000" w:themeFill="text1"/>
        </w:tcPr>
        <w:p w14:paraId="3242FF5B" w14:textId="77777777" w:rsidR="00960777" w:rsidRPr="000C3CCC" w:rsidRDefault="00960777" w:rsidP="00960777">
          <w:pPr>
            <w:pStyle w:val="a5"/>
            <w:jc w:val="right"/>
            <w:rPr>
              <w:rFonts w:asciiTheme="majorEastAsia" w:eastAsiaTheme="majorEastAsia" w:hAnsiTheme="majorEastAsia"/>
              <w:caps/>
              <w:color w:val="000000" w:themeColor="text1"/>
              <w:sz w:val="20"/>
              <w:szCs w:val="18"/>
              <w:lang w:val="ja-JP" w:eastAsia="ja-JP"/>
            </w:rPr>
          </w:pPr>
        </w:p>
      </w:tc>
      <w:tc>
        <w:tcPr>
          <w:tcW w:w="1564" w:type="pct"/>
          <w:vAlign w:val="center"/>
        </w:tcPr>
        <w:p w14:paraId="4F4B0A2B" w14:textId="77777777" w:rsidR="00960777" w:rsidRPr="00B25FE3" w:rsidRDefault="00960777" w:rsidP="00960777">
          <w:pPr>
            <w:pStyle w:val="a5"/>
            <w:ind w:firstLineChars="100" w:firstLine="160"/>
            <w:jc w:val="both"/>
            <w:rPr>
              <w:rFonts w:asciiTheme="majorEastAsia" w:eastAsiaTheme="majorEastAsia" w:hAnsiTheme="majorEastAsia"/>
              <w:caps/>
              <w:color w:val="000000" w:themeColor="text1"/>
              <w:sz w:val="16"/>
              <w:szCs w:val="14"/>
              <w:lang w:val="ja-JP" w:eastAsia="ja-JP"/>
            </w:rPr>
          </w:pPr>
          <w:r w:rsidRPr="00B25FE3">
            <w:rPr>
              <w:rFonts w:asciiTheme="majorEastAsia" w:eastAsiaTheme="majorEastAsia" w:hAnsiTheme="majorEastAsia" w:hint="eastAsia"/>
              <w:caps/>
              <w:color w:val="000000" w:themeColor="text1"/>
              <w:sz w:val="16"/>
              <w:szCs w:val="14"/>
              <w:lang w:val="ja-JP" w:eastAsia="ja-JP"/>
            </w:rPr>
            <w:t>マスター編：AS p.46～53</w:t>
          </w:r>
        </w:p>
      </w:tc>
      <w:tc>
        <w:tcPr>
          <w:tcW w:w="1563" w:type="pct"/>
          <w:vMerge/>
        </w:tcPr>
        <w:p w14:paraId="0CD1F1BC" w14:textId="77777777" w:rsidR="00960777" w:rsidRDefault="00960777" w:rsidP="00960777">
          <w:pPr>
            <w:pStyle w:val="a5"/>
            <w:ind w:firstLineChars="100" w:firstLine="160"/>
            <w:jc w:val="right"/>
            <w:rPr>
              <w:rFonts w:ascii="HGP創英角ｺﾞｼｯｸUB" w:eastAsia="HGP創英角ｺﾞｼｯｸUB" w:hAnsi="HGP創英角ｺﾞｼｯｸUB"/>
              <w:caps/>
              <w:color w:val="000000" w:themeColor="text1"/>
              <w:sz w:val="16"/>
              <w:szCs w:val="14"/>
              <w:lang w:val="ja-JP" w:eastAsia="ja-JP"/>
            </w:rPr>
          </w:pPr>
        </w:p>
      </w:tc>
    </w:tr>
  </w:tbl>
  <w:p w14:paraId="533C34C5" w14:textId="77777777" w:rsidR="006D2E66" w:rsidRPr="00960777" w:rsidRDefault="006D2E66">
    <w:pPr>
      <w:pStyle w:val="a5"/>
      <w:rPr>
        <w:lang w:eastAsia="ja-JP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33C51E" w14:textId="77777777" w:rsidR="00960777" w:rsidRDefault="00960777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815484199">
    <w:abstractNumId w:val="8"/>
  </w:num>
  <w:num w:numId="2" w16cid:durableId="182326101">
    <w:abstractNumId w:val="6"/>
  </w:num>
  <w:num w:numId="3" w16cid:durableId="630598436">
    <w:abstractNumId w:val="5"/>
  </w:num>
  <w:num w:numId="4" w16cid:durableId="828014582">
    <w:abstractNumId w:val="4"/>
  </w:num>
  <w:num w:numId="5" w16cid:durableId="776875024">
    <w:abstractNumId w:val="7"/>
  </w:num>
  <w:num w:numId="6" w16cid:durableId="914973952">
    <w:abstractNumId w:val="3"/>
  </w:num>
  <w:num w:numId="7" w16cid:durableId="439568741">
    <w:abstractNumId w:val="2"/>
  </w:num>
  <w:num w:numId="8" w16cid:durableId="1161896821">
    <w:abstractNumId w:val="1"/>
  </w:num>
  <w:num w:numId="9" w16cid:durableId="3771218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72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12D0E"/>
    <w:rsid w:val="00034616"/>
    <w:rsid w:val="00034935"/>
    <w:rsid w:val="00042C27"/>
    <w:rsid w:val="0006063C"/>
    <w:rsid w:val="000621E3"/>
    <w:rsid w:val="000872EF"/>
    <w:rsid w:val="0009554E"/>
    <w:rsid w:val="000B16F3"/>
    <w:rsid w:val="000C3CCC"/>
    <w:rsid w:val="000C70A3"/>
    <w:rsid w:val="000D7F00"/>
    <w:rsid w:val="000F569D"/>
    <w:rsid w:val="0011374E"/>
    <w:rsid w:val="00116FF7"/>
    <w:rsid w:val="0015074B"/>
    <w:rsid w:val="00153B11"/>
    <w:rsid w:val="00181FA6"/>
    <w:rsid w:val="0019286A"/>
    <w:rsid w:val="001B2EEF"/>
    <w:rsid w:val="00200619"/>
    <w:rsid w:val="0025539C"/>
    <w:rsid w:val="00264041"/>
    <w:rsid w:val="002700B1"/>
    <w:rsid w:val="0029639D"/>
    <w:rsid w:val="002A2EF8"/>
    <w:rsid w:val="002D3735"/>
    <w:rsid w:val="002F3F32"/>
    <w:rsid w:val="0031576A"/>
    <w:rsid w:val="00326F90"/>
    <w:rsid w:val="00393CD5"/>
    <w:rsid w:val="003C62BB"/>
    <w:rsid w:val="003C6605"/>
    <w:rsid w:val="0040730C"/>
    <w:rsid w:val="00426BDE"/>
    <w:rsid w:val="00451F62"/>
    <w:rsid w:val="004657A1"/>
    <w:rsid w:val="00490222"/>
    <w:rsid w:val="004F274A"/>
    <w:rsid w:val="005215C9"/>
    <w:rsid w:val="00521FC0"/>
    <w:rsid w:val="005232F0"/>
    <w:rsid w:val="00547174"/>
    <w:rsid w:val="005907BC"/>
    <w:rsid w:val="005F59B2"/>
    <w:rsid w:val="006361A9"/>
    <w:rsid w:val="00653AE6"/>
    <w:rsid w:val="00676408"/>
    <w:rsid w:val="006B1BA5"/>
    <w:rsid w:val="006D2E66"/>
    <w:rsid w:val="006F7E7D"/>
    <w:rsid w:val="0074185E"/>
    <w:rsid w:val="00755E96"/>
    <w:rsid w:val="007905DF"/>
    <w:rsid w:val="007C484F"/>
    <w:rsid w:val="00811E41"/>
    <w:rsid w:val="00831BF7"/>
    <w:rsid w:val="00840B1A"/>
    <w:rsid w:val="0085108F"/>
    <w:rsid w:val="0088173F"/>
    <w:rsid w:val="0089028D"/>
    <w:rsid w:val="008E2A0B"/>
    <w:rsid w:val="008E74B3"/>
    <w:rsid w:val="008F35D9"/>
    <w:rsid w:val="00936042"/>
    <w:rsid w:val="00960777"/>
    <w:rsid w:val="009708E7"/>
    <w:rsid w:val="0098292B"/>
    <w:rsid w:val="009A7FEE"/>
    <w:rsid w:val="009B5AC8"/>
    <w:rsid w:val="009C2EC6"/>
    <w:rsid w:val="009C70DC"/>
    <w:rsid w:val="009E60D0"/>
    <w:rsid w:val="009E737C"/>
    <w:rsid w:val="00A13D19"/>
    <w:rsid w:val="00A20AC4"/>
    <w:rsid w:val="00A6260E"/>
    <w:rsid w:val="00A7771B"/>
    <w:rsid w:val="00AA1D8D"/>
    <w:rsid w:val="00AA37D2"/>
    <w:rsid w:val="00AC74CD"/>
    <w:rsid w:val="00AD186D"/>
    <w:rsid w:val="00B0268E"/>
    <w:rsid w:val="00B24ABF"/>
    <w:rsid w:val="00B25FE3"/>
    <w:rsid w:val="00B315B0"/>
    <w:rsid w:val="00B45FC2"/>
    <w:rsid w:val="00B47730"/>
    <w:rsid w:val="00B60B67"/>
    <w:rsid w:val="00B60E83"/>
    <w:rsid w:val="00B63EFD"/>
    <w:rsid w:val="00B83B2F"/>
    <w:rsid w:val="00BB1838"/>
    <w:rsid w:val="00BC162C"/>
    <w:rsid w:val="00BD4333"/>
    <w:rsid w:val="00BD55FE"/>
    <w:rsid w:val="00C04BC4"/>
    <w:rsid w:val="00C22785"/>
    <w:rsid w:val="00C5128B"/>
    <w:rsid w:val="00C86397"/>
    <w:rsid w:val="00CB0664"/>
    <w:rsid w:val="00CB69C7"/>
    <w:rsid w:val="00CB7832"/>
    <w:rsid w:val="00CC0839"/>
    <w:rsid w:val="00CD7390"/>
    <w:rsid w:val="00CE1FBA"/>
    <w:rsid w:val="00D1004A"/>
    <w:rsid w:val="00D334AB"/>
    <w:rsid w:val="00D36B45"/>
    <w:rsid w:val="00D40E9B"/>
    <w:rsid w:val="00D55D85"/>
    <w:rsid w:val="00D62DAF"/>
    <w:rsid w:val="00D66AD5"/>
    <w:rsid w:val="00D80BF7"/>
    <w:rsid w:val="00DC0185"/>
    <w:rsid w:val="00DD3CCA"/>
    <w:rsid w:val="00DE7F63"/>
    <w:rsid w:val="00DF7912"/>
    <w:rsid w:val="00E10B35"/>
    <w:rsid w:val="00E14B6A"/>
    <w:rsid w:val="00E41C8E"/>
    <w:rsid w:val="00E6581E"/>
    <w:rsid w:val="00E87DA7"/>
    <w:rsid w:val="00EA7549"/>
    <w:rsid w:val="00EB1507"/>
    <w:rsid w:val="00EB68B6"/>
    <w:rsid w:val="00EC2A19"/>
    <w:rsid w:val="00EF0564"/>
    <w:rsid w:val="00F27700"/>
    <w:rsid w:val="00F31E8F"/>
    <w:rsid w:val="00FB0517"/>
    <w:rsid w:val="00FC693F"/>
    <w:rsid w:val="00FD0E9F"/>
    <w:rsid w:val="00FE211F"/>
    <w:rsid w:val="00FE3C9C"/>
    <w:rsid w:val="00FF4E0B"/>
    <w:rsid w:val="00FF74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F22A86E"/>
  <w14:defaultImageDpi w14:val="300"/>
  <w15:docId w15:val="{6DAA758E-2E80-4CF6-B2A6-6B3DC31B34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ヘッダー (文字)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フッター (文字)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見出し 1 (文字)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見出し 2 (文字)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見出し 3 (文字)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表題 (文字)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副題 (文字)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本文 (文字)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本文 2 (文字)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本文 3 (文字)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マクロ文字列 (文字)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af5">
    <w:name w:val="Quote"/>
    <w:basedOn w:val="a1"/>
    <w:next w:val="a1"/>
    <w:link w:val="af6"/>
    <w:uiPriority w:val="29"/>
    <w:qFormat/>
    <w:rsid w:val="00FC693F"/>
    <w:rPr>
      <w:i/>
      <w:iCs/>
      <w:color w:val="000000" w:themeColor="text1"/>
    </w:rPr>
  </w:style>
  <w:style w:type="character" w:customStyle="1" w:styleId="af6">
    <w:name w:val="引用文 (文字)"/>
    <w:basedOn w:val="a2"/>
    <w:link w:val="af5"/>
    <w:uiPriority w:val="29"/>
    <w:rsid w:val="00FC693F"/>
    <w:rPr>
      <w:i/>
      <w:iCs/>
      <w:color w:val="000000" w:themeColor="text1"/>
    </w:rPr>
  </w:style>
  <w:style w:type="character" w:customStyle="1" w:styleId="40">
    <w:name w:val="見出し 4 (文字)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見出し 5 (文字)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見出し 6 (文字)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見出し 7 (文字)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見出し 8 (文字)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見出し 9 (文字)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7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8">
    <w:name w:val="Strong"/>
    <w:basedOn w:val="a2"/>
    <w:uiPriority w:val="22"/>
    <w:qFormat/>
    <w:rsid w:val="00FC693F"/>
    <w:rPr>
      <w:b/>
      <w:bCs/>
    </w:rPr>
  </w:style>
  <w:style w:type="character" w:styleId="af9">
    <w:name w:val="Emphasis"/>
    <w:basedOn w:val="a2"/>
    <w:uiPriority w:val="20"/>
    <w:qFormat/>
    <w:rsid w:val="00FC693F"/>
    <w:rPr>
      <w:i/>
      <w:iCs/>
    </w:rPr>
  </w:style>
  <w:style w:type="paragraph" w:styleId="27">
    <w:name w:val="Intense Quote"/>
    <w:basedOn w:val="a1"/>
    <w:next w:val="a1"/>
    <w:link w:val="28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28">
    <w:name w:val="引用文 2 (文字)"/>
    <w:basedOn w:val="a2"/>
    <w:link w:val="27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29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b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2a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c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d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e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12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13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14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15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16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17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2b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2c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2d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2e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2f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2f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2f1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37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38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39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3a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3b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3c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3d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4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2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3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4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5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6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7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1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2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3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4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5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6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7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61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62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63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64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65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66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67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71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2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3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4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5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6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7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82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83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4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85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86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87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1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2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3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100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10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10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10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10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10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10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110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11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11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113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14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15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6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120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1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2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24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5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6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30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31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32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33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3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35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36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40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41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42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43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44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4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46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351</TotalTime>
  <Pages>1</Pages>
  <Words>113</Words>
  <Characters>646</Characters>
  <Application>Microsoft Office Word</Application>
  <DocSecurity>0</DocSecurity>
  <Lines>5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758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prof501</cp:lastModifiedBy>
  <cp:revision>79</cp:revision>
  <cp:lastPrinted>2025-11-20T02:46:00Z</cp:lastPrinted>
  <dcterms:created xsi:type="dcterms:W3CDTF">2013-12-23T23:15:00Z</dcterms:created>
  <dcterms:modified xsi:type="dcterms:W3CDTF">2025-11-20T06:36:00Z</dcterms:modified>
  <cp:category/>
</cp:coreProperties>
</file>