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0D80D" w14:textId="77777777" w:rsidR="00043633" w:rsidRPr="007407D6" w:rsidRDefault="00043633" w:rsidP="00043633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043633" w:rsidRPr="000C3CCC" w14:paraId="16D870C1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18FD4ADC" w14:textId="77777777" w:rsidR="00043633" w:rsidRPr="009A7FEE" w:rsidRDefault="00043633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482D8F1F" w14:textId="77777777" w:rsidR="00043633" w:rsidRPr="0031145C" w:rsidRDefault="00043633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 w:rsidRPr="0031145C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②</w:t>
            </w:r>
          </w:p>
        </w:tc>
      </w:tr>
      <w:tr w:rsidR="00043633" w:rsidRPr="000C3CCC" w14:paraId="699C2275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086A6373" w14:textId="77777777" w:rsidR="00043633" w:rsidRPr="009A7FEE" w:rsidRDefault="00043633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7475E341" w14:textId="77777777" w:rsidR="00043633" w:rsidRPr="0031145C" w:rsidRDefault="00043633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E1286D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料理人たちが肉と野菜を煮込んで作ったスープ</w:t>
            </w:r>
          </w:p>
        </w:tc>
      </w:tr>
      <w:tr w:rsidR="00043633" w:rsidRPr="00E14B6A" w14:paraId="78449DC8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25E2C76F" w14:textId="77777777" w:rsidR="00043633" w:rsidRPr="009A7FEE" w:rsidRDefault="00043633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0809BA81" w14:textId="77777777" w:rsidR="00043633" w:rsidRPr="0031145C" w:rsidRDefault="00043633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CB5773"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  <w:t>そこで、人々はそのスープを「レストラン」と名づけました。</w:t>
            </w:r>
          </w:p>
        </w:tc>
      </w:tr>
      <w:tr w:rsidR="00043633" w:rsidRPr="000C3CCC" w14:paraId="2983A0B4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7B660753" w14:textId="77777777" w:rsidR="00043633" w:rsidRPr="009A7FEE" w:rsidRDefault="00043633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1433FD28" w14:textId="77777777" w:rsidR="00043633" w:rsidRPr="0031145C" w:rsidRDefault="00043633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EF6A20"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  <w:t>①</w:t>
            </w:r>
          </w:p>
        </w:tc>
      </w:tr>
    </w:tbl>
    <w:p w14:paraId="39B8E392" w14:textId="77777777" w:rsidR="00043633" w:rsidRPr="007407D6" w:rsidRDefault="00043633" w:rsidP="00043633">
      <w:pPr>
        <w:rPr>
          <w:rFonts w:asciiTheme="minorEastAsia" w:hAnsiTheme="minorEastAsia"/>
          <w:szCs w:val="21"/>
          <w:lang w:eastAsia="ja-JP"/>
        </w:rPr>
      </w:pPr>
    </w:p>
    <w:p w14:paraId="04FF2B23" w14:textId="77777777" w:rsidR="00043633" w:rsidRPr="007407D6" w:rsidRDefault="00043633" w:rsidP="00043633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4C26A20D" w14:textId="77777777" w:rsidR="00043633" w:rsidRDefault="00043633" w:rsidP="00043633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問１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 w:rsidRPr="00A63039">
        <w:rPr>
          <w:rFonts w:asciiTheme="minorEastAsia" w:hAnsiTheme="minorEastAsia" w:hint="eastAsia"/>
          <w:sz w:val="21"/>
          <w:szCs w:val="21"/>
          <w:lang w:eastAsia="ja-JP"/>
        </w:rPr>
        <w:t>「英語のように見える」という意味になるのが looks です。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A63039">
        <w:rPr>
          <w:rFonts w:asciiTheme="minorEastAsia" w:hAnsiTheme="minorEastAsia" w:hint="eastAsia"/>
          <w:sz w:val="21"/>
          <w:szCs w:val="21"/>
          <w:lang w:eastAsia="ja-JP"/>
        </w:rPr>
        <w:t>①</w:t>
      </w:r>
      <w:r w:rsidRPr="00A63039">
        <w:rPr>
          <w:rFonts w:asciiTheme="minorEastAsia" w:hAnsiTheme="minorEastAsia"/>
          <w:sz w:val="21"/>
          <w:szCs w:val="21"/>
          <w:lang w:eastAsia="ja-JP"/>
        </w:rPr>
        <w:t xml:space="preserve"> doesn’t</w:t>
      </w:r>
      <w:r w:rsidRPr="00A63039">
        <w:rPr>
          <w:rFonts w:asciiTheme="minorEastAsia" w:hAnsiTheme="minorEastAsia" w:hint="eastAsia"/>
          <w:sz w:val="21"/>
          <w:szCs w:val="21"/>
          <w:lang w:eastAsia="ja-JP"/>
        </w:rPr>
        <w:t>（〜しない）→意味が合わない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A63039">
        <w:rPr>
          <w:rFonts w:asciiTheme="minorEastAsia" w:hAnsiTheme="minorEastAsia" w:hint="eastAsia"/>
          <w:sz w:val="21"/>
          <w:szCs w:val="21"/>
          <w:lang w:eastAsia="ja-JP"/>
        </w:rPr>
        <w:t>③ knows（知っている）→主語が物（It）なので不自然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A63039">
        <w:rPr>
          <w:rFonts w:asciiTheme="minorEastAsia" w:hAnsiTheme="minorEastAsia" w:hint="eastAsia"/>
          <w:sz w:val="21"/>
          <w:szCs w:val="21"/>
          <w:lang w:eastAsia="ja-JP"/>
        </w:rPr>
        <w:t>④</w:t>
      </w:r>
      <w:r w:rsidRPr="00A63039">
        <w:rPr>
          <w:rFonts w:asciiTheme="minorEastAsia" w:hAnsiTheme="minorEastAsia"/>
          <w:sz w:val="21"/>
          <w:szCs w:val="21"/>
          <w:lang w:eastAsia="ja-JP"/>
        </w:rPr>
        <w:t xml:space="preserve"> didn’t</w:t>
      </w:r>
      <w:r w:rsidRPr="00A63039">
        <w:rPr>
          <w:rFonts w:asciiTheme="minorEastAsia" w:hAnsiTheme="minorEastAsia" w:hint="eastAsia"/>
          <w:sz w:val="21"/>
          <w:szCs w:val="21"/>
          <w:lang w:eastAsia="ja-JP"/>
        </w:rPr>
        <w:t>（〜しなかった）→時制も意味も合わない</w:t>
      </w:r>
      <w:r w:rsidRPr="00AF483D">
        <w:rPr>
          <w:rFonts w:asciiTheme="minorEastAsia" w:hAnsiTheme="minorEastAsia"/>
          <w:sz w:val="21"/>
          <w:szCs w:val="21"/>
          <w:lang w:eastAsia="ja-JP"/>
        </w:rPr>
        <w:br/>
      </w:r>
      <w:r w:rsidRPr="00A63039">
        <w:rPr>
          <w:rFonts w:asciiTheme="minorEastAsia" w:hAnsiTheme="minorEastAsia" w:hint="eastAsia"/>
          <w:sz w:val="21"/>
          <w:szCs w:val="21"/>
          <w:lang w:eastAsia="ja-JP"/>
        </w:rPr>
        <w:t>→ よって、② looks が正解です。</w:t>
      </w:r>
    </w:p>
    <w:p w14:paraId="01239961" w14:textId="77777777" w:rsidR="00043633" w:rsidRPr="00661309" w:rsidRDefault="00043633" w:rsidP="00043633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E1286D">
        <w:rPr>
          <w:rFonts w:asciiTheme="minorEastAsia" w:hAnsiTheme="minorEastAsia" w:hint="eastAsia"/>
          <w:sz w:val="21"/>
          <w:szCs w:val="20"/>
          <w:lang w:eastAsia="ja-JP"/>
        </w:rPr>
        <w:t>直前の文に</w:t>
      </w:r>
      <w:r>
        <w:rPr>
          <w:rFonts w:asciiTheme="minorEastAsia" w:hAnsiTheme="minorEastAsia" w:hint="eastAsia"/>
          <w:sz w:val="21"/>
          <w:szCs w:val="20"/>
          <w:lang w:eastAsia="ja-JP"/>
        </w:rPr>
        <w:t>「</w:t>
      </w:r>
      <w:r w:rsidRPr="00E1286D">
        <w:rPr>
          <w:rFonts w:asciiTheme="minorEastAsia" w:hAnsiTheme="minorEastAsia" w:hint="eastAsia"/>
          <w:sz w:val="21"/>
          <w:szCs w:val="20"/>
          <w:lang w:eastAsia="ja-JP"/>
        </w:rPr>
        <w:t>The cooks stewed meat and vegetables and got their soup.（料理人たちは肉と野菜を煮込み、スープを作りました）</w:t>
      </w:r>
      <w:r>
        <w:rPr>
          <w:rFonts w:asciiTheme="minorEastAsia" w:hAnsiTheme="minorEastAsia" w:hint="eastAsia"/>
          <w:sz w:val="21"/>
          <w:szCs w:val="20"/>
          <w:lang w:eastAsia="ja-JP"/>
        </w:rPr>
        <w:t>」</w:t>
      </w:r>
      <w:r w:rsidRPr="00E1286D">
        <w:rPr>
          <w:rFonts w:asciiTheme="minorEastAsia" w:hAnsiTheme="minorEastAsia" w:hint="eastAsia"/>
          <w:sz w:val="21"/>
          <w:szCs w:val="20"/>
          <w:lang w:eastAsia="ja-JP"/>
        </w:rPr>
        <w:t>とあるため、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E1286D">
        <w:rPr>
          <w:rFonts w:asciiTheme="minorEastAsia" w:hAnsiTheme="minorEastAsia" w:hint="eastAsia"/>
          <w:sz w:val="21"/>
          <w:szCs w:val="20"/>
          <w:lang w:eastAsia="ja-JP"/>
        </w:rPr>
        <w:t>ここでの It は、このスープのことを指しています。</w:t>
      </w:r>
    </w:p>
    <w:p w14:paraId="4DBFCABF" w14:textId="77777777" w:rsidR="00043633" w:rsidRPr="000C3CCC" w:rsidRDefault="00043633" w:rsidP="00043633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CB5773">
        <w:rPr>
          <w:rFonts w:asciiTheme="minorEastAsia" w:hAnsiTheme="minorEastAsia" w:hint="eastAsia"/>
          <w:sz w:val="21"/>
          <w:szCs w:val="20"/>
          <w:lang w:eastAsia="ja-JP"/>
        </w:rPr>
        <w:t>So：そこで、それで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B5773">
        <w:rPr>
          <w:rFonts w:asciiTheme="minorEastAsia" w:hAnsiTheme="minorEastAsia" w:hint="eastAsia"/>
          <w:sz w:val="21"/>
          <w:szCs w:val="20"/>
          <w:lang w:eastAsia="ja-JP"/>
        </w:rPr>
        <w:t>people named the soup “restaurant.”：人々はそのスープを「レストラン」と名づけました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「</w:t>
      </w:r>
      <w:r w:rsidRPr="00CB5773">
        <w:rPr>
          <w:rFonts w:asciiTheme="minorEastAsia" w:hAnsiTheme="minorEastAsia" w:hint="eastAsia"/>
          <w:sz w:val="21"/>
          <w:szCs w:val="20"/>
          <w:lang w:eastAsia="ja-JP"/>
        </w:rPr>
        <w:t>name A B</w:t>
      </w:r>
      <w:r>
        <w:rPr>
          <w:rFonts w:asciiTheme="minorEastAsia" w:hAnsiTheme="minorEastAsia" w:hint="eastAsia"/>
          <w:sz w:val="21"/>
          <w:szCs w:val="20"/>
          <w:lang w:eastAsia="ja-JP"/>
        </w:rPr>
        <w:t>」</w:t>
      </w:r>
      <w:r w:rsidRPr="00CB5773">
        <w:rPr>
          <w:rFonts w:asciiTheme="minorEastAsia" w:hAnsiTheme="minorEastAsia" w:hint="eastAsia"/>
          <w:sz w:val="21"/>
          <w:szCs w:val="20"/>
          <w:lang w:eastAsia="ja-JP"/>
        </w:rPr>
        <w:t>は「AをBと名づける」という意味の動詞パターンです。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 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→ 全体で「</w:t>
      </w:r>
      <w:r w:rsidRPr="00CB5773">
        <w:rPr>
          <w:rFonts w:asciiTheme="minorEastAsia" w:hAnsiTheme="minorEastAsia" w:hint="eastAsia"/>
          <w:sz w:val="21"/>
          <w:szCs w:val="20"/>
          <w:lang w:eastAsia="ja-JP"/>
        </w:rPr>
        <w:t>そこで、人々はそのスープを『レストラン』と名づけました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」となります。</w:t>
      </w:r>
    </w:p>
    <w:p w14:paraId="5F9A04A4" w14:textId="080BC312" w:rsidR="00F45013" w:rsidRPr="0084779A" w:rsidRDefault="00043633" w:rsidP="005B3E4C">
      <w:pPr>
        <w:ind w:left="630" w:hangingChars="300" w:hanging="630"/>
        <w:rPr>
          <w:rFonts w:asciiTheme="minorEastAsia" w:hAnsiTheme="minorEastAsia" w:hint="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EF6A20">
        <w:rPr>
          <w:rFonts w:asciiTheme="minorEastAsia" w:hAnsiTheme="minorEastAsia"/>
          <w:sz w:val="21"/>
          <w:szCs w:val="20"/>
          <w:lang w:eastAsia="ja-JP"/>
        </w:rPr>
        <w:t>because</w:t>
      </w:r>
      <w:r w:rsidRPr="00EF6A20">
        <w:rPr>
          <w:rFonts w:asciiTheme="minorEastAsia" w:hAnsiTheme="minorEastAsia" w:hint="eastAsia"/>
          <w:sz w:val="21"/>
          <w:szCs w:val="20"/>
          <w:lang w:eastAsia="ja-JP"/>
        </w:rPr>
        <w:t>（接続詞：〜なので）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EF6A20">
        <w:rPr>
          <w:rFonts w:asciiTheme="minorEastAsia" w:hAnsiTheme="minorEastAsia" w:hint="eastAsia"/>
          <w:sz w:val="21"/>
          <w:szCs w:val="20"/>
          <w:lang w:eastAsia="ja-JP"/>
        </w:rPr>
        <w:t>主語：the soup（そのスープが）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EF6A20">
        <w:rPr>
          <w:rFonts w:asciiTheme="minorEastAsia" w:hAnsiTheme="minorEastAsia" w:hint="eastAsia"/>
          <w:sz w:val="21"/>
          <w:szCs w:val="20"/>
          <w:lang w:eastAsia="ja-JP"/>
        </w:rPr>
        <w:t>動詞：</w:t>
      </w:r>
      <w:r w:rsidRPr="00EF6A20">
        <w:rPr>
          <w:rFonts w:asciiTheme="minorEastAsia" w:hAnsiTheme="minorEastAsia"/>
          <w:sz w:val="21"/>
          <w:szCs w:val="20"/>
          <w:lang w:eastAsia="ja-JP"/>
        </w:rPr>
        <w:t>was</w:t>
      </w:r>
      <w:r w:rsidRPr="00EF6A20">
        <w:rPr>
          <w:rFonts w:asciiTheme="minorEastAsia" w:hAnsiTheme="minorEastAsia" w:hint="eastAsia"/>
          <w:sz w:val="21"/>
          <w:szCs w:val="20"/>
          <w:lang w:eastAsia="ja-JP"/>
        </w:rPr>
        <w:t>（〜だった）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EF6A20">
        <w:rPr>
          <w:rFonts w:asciiTheme="minorEastAsia" w:hAnsiTheme="minorEastAsia" w:hint="eastAsia"/>
          <w:sz w:val="21"/>
          <w:szCs w:val="20"/>
          <w:lang w:eastAsia="ja-JP"/>
        </w:rPr>
        <w:t>補語：popular（人気があった）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EF6A20">
        <w:rPr>
          <w:rFonts w:asciiTheme="minorEastAsia" w:hAnsiTheme="minorEastAsia" w:hint="eastAsia"/>
          <w:sz w:val="21"/>
          <w:szCs w:val="20"/>
          <w:lang w:eastAsia="ja-JP"/>
        </w:rPr>
        <w:t>① 5－3－2－1－4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 w:rsidRPr="00EF6A20">
        <w:rPr>
          <w:rFonts w:asciiTheme="minorEastAsia" w:hAnsiTheme="minorEastAsia"/>
          <w:sz w:val="21"/>
          <w:szCs w:val="20"/>
          <w:lang w:eastAsia="ja-JP"/>
        </w:rPr>
        <w:t>because the soup was popular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EF6A20">
        <w:rPr>
          <w:rFonts w:asciiTheme="minorEastAsia" w:hAnsiTheme="minorEastAsia" w:hint="eastAsia"/>
          <w:sz w:val="21"/>
          <w:szCs w:val="20"/>
          <w:lang w:eastAsia="ja-JP"/>
        </w:rPr>
        <w:t>そのスープが人気だったので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sectPr w:rsidR="00F45013" w:rsidRPr="0084779A" w:rsidSect="00A07E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0C8C4" w14:textId="77777777" w:rsidR="00BC7675" w:rsidRDefault="00BC7675" w:rsidP="00831BF7">
      <w:pPr>
        <w:spacing w:after="0" w:line="240" w:lineRule="auto"/>
      </w:pPr>
      <w:r>
        <w:separator/>
      </w:r>
    </w:p>
  </w:endnote>
  <w:endnote w:type="continuationSeparator" w:id="0">
    <w:p w14:paraId="1F4AA697" w14:textId="77777777" w:rsidR="00BC7675" w:rsidRDefault="00BC7675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70153" w14:textId="77777777" w:rsidR="005B3E4C" w:rsidRDefault="005B3E4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7BEF2" w14:textId="77777777" w:rsidR="005B3E4C" w:rsidRDefault="005B3E4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8C502" w14:textId="77777777" w:rsidR="005B3E4C" w:rsidRDefault="005B3E4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FF0E1" w14:textId="77777777" w:rsidR="00BC7675" w:rsidRDefault="00BC7675" w:rsidP="00831BF7">
      <w:pPr>
        <w:spacing w:after="0" w:line="240" w:lineRule="auto"/>
      </w:pPr>
      <w:r>
        <w:separator/>
      </w:r>
    </w:p>
  </w:footnote>
  <w:footnote w:type="continuationSeparator" w:id="0">
    <w:p w14:paraId="66F1D913" w14:textId="77777777" w:rsidR="00BC7675" w:rsidRDefault="00BC7675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B9B5E" w14:textId="77777777" w:rsidR="005B3E4C" w:rsidRDefault="005B3E4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660"/>
      <w:gridCol w:w="3117"/>
      <w:gridCol w:w="2603"/>
    </w:tblGrid>
    <w:tr w:rsidR="005B3E4C" w14:paraId="3C5A078D" w14:textId="77777777" w:rsidTr="00BD43DE">
      <w:tc>
        <w:tcPr>
          <w:tcW w:w="1587" w:type="pct"/>
          <w:vMerge w:val="restart"/>
          <w:shd w:val="clear" w:color="auto" w:fill="808080" w:themeFill="background1" w:themeFillShade="80"/>
        </w:tcPr>
        <w:p w14:paraId="51EAA522" w14:textId="77777777" w:rsidR="005B3E4C" w:rsidRPr="000C3CCC" w:rsidRDefault="005B3E4C" w:rsidP="005B3E4C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 ③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31CDE72A" w14:textId="77777777" w:rsidR="005B3E4C" w:rsidRPr="000C3CCC" w:rsidRDefault="005B3E4C" w:rsidP="005B3E4C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4329F99E" w14:textId="77777777" w:rsidR="005B3E4C" w:rsidRPr="000C3CCC" w:rsidRDefault="005B3E4C" w:rsidP="005B3E4C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84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語</w:t>
          </w:r>
        </w:p>
      </w:tc>
    </w:tr>
    <w:tr w:rsidR="005B3E4C" w14:paraId="6146D037" w14:textId="77777777" w:rsidTr="00BD43DE">
      <w:tc>
        <w:tcPr>
          <w:tcW w:w="1587" w:type="pct"/>
          <w:vMerge/>
          <w:shd w:val="clear" w:color="auto" w:fill="808080" w:themeFill="background1" w:themeFillShade="80"/>
        </w:tcPr>
        <w:p w14:paraId="64E08E4D" w14:textId="77777777" w:rsidR="005B3E4C" w:rsidRPr="000C3CCC" w:rsidRDefault="005B3E4C" w:rsidP="005B3E4C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15C01743" w14:textId="77777777" w:rsidR="005B3E4C" w:rsidRPr="000C3CCC" w:rsidRDefault="005B3E4C" w:rsidP="005B3E4C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05491F6A" w14:textId="77777777" w:rsidR="005B3E4C" w:rsidRPr="000C3CCC" w:rsidRDefault="005B3E4C" w:rsidP="005B3E4C">
          <w:pPr>
            <w:pStyle w:val="a5"/>
            <w:ind w:firstLineChars="100" w:firstLine="160"/>
            <w:jc w:val="both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：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 xml:space="preserve">AS 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p.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22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～2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9</w:t>
          </w:r>
        </w:p>
      </w:tc>
    </w:tr>
  </w:tbl>
  <w:p w14:paraId="430153F0" w14:textId="77777777" w:rsidR="00AD3AFE" w:rsidRPr="005B3E4C" w:rsidRDefault="00AD3AFE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E970A" w14:textId="77777777" w:rsidR="005B3E4C" w:rsidRDefault="005B3E4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4935"/>
    <w:rsid w:val="00042C27"/>
    <w:rsid w:val="00043633"/>
    <w:rsid w:val="0006063C"/>
    <w:rsid w:val="000872EF"/>
    <w:rsid w:val="000921EA"/>
    <w:rsid w:val="00093A88"/>
    <w:rsid w:val="000C3CCC"/>
    <w:rsid w:val="000E70FF"/>
    <w:rsid w:val="0011374E"/>
    <w:rsid w:val="0015074B"/>
    <w:rsid w:val="00153B11"/>
    <w:rsid w:val="002634A1"/>
    <w:rsid w:val="002929C2"/>
    <w:rsid w:val="0029639D"/>
    <w:rsid w:val="002A2EF8"/>
    <w:rsid w:val="002D2D99"/>
    <w:rsid w:val="0031145C"/>
    <w:rsid w:val="00326F90"/>
    <w:rsid w:val="00347808"/>
    <w:rsid w:val="00366F7A"/>
    <w:rsid w:val="00377CEF"/>
    <w:rsid w:val="00393CD5"/>
    <w:rsid w:val="003C0ACA"/>
    <w:rsid w:val="003D0AEE"/>
    <w:rsid w:val="0041592E"/>
    <w:rsid w:val="00483B51"/>
    <w:rsid w:val="004C1CD3"/>
    <w:rsid w:val="005711A6"/>
    <w:rsid w:val="005B3E4C"/>
    <w:rsid w:val="005B4CF9"/>
    <w:rsid w:val="005C278C"/>
    <w:rsid w:val="00661309"/>
    <w:rsid w:val="00670DD9"/>
    <w:rsid w:val="006C5F63"/>
    <w:rsid w:val="006F7E7D"/>
    <w:rsid w:val="007407D6"/>
    <w:rsid w:val="0074185E"/>
    <w:rsid w:val="00792E41"/>
    <w:rsid w:val="00816F8A"/>
    <w:rsid w:val="00826726"/>
    <w:rsid w:val="00831BF7"/>
    <w:rsid w:val="00840B1A"/>
    <w:rsid w:val="0084779A"/>
    <w:rsid w:val="0085108F"/>
    <w:rsid w:val="008552FD"/>
    <w:rsid w:val="0085716B"/>
    <w:rsid w:val="00870269"/>
    <w:rsid w:val="008D3AB1"/>
    <w:rsid w:val="008F5E64"/>
    <w:rsid w:val="008F62FA"/>
    <w:rsid w:val="00926803"/>
    <w:rsid w:val="009A7FEE"/>
    <w:rsid w:val="009C70DC"/>
    <w:rsid w:val="009C7B73"/>
    <w:rsid w:val="009E60D0"/>
    <w:rsid w:val="009E6633"/>
    <w:rsid w:val="00A07E11"/>
    <w:rsid w:val="00A50A4A"/>
    <w:rsid w:val="00A6260E"/>
    <w:rsid w:val="00A6461D"/>
    <w:rsid w:val="00A85FB2"/>
    <w:rsid w:val="00AA1D8D"/>
    <w:rsid w:val="00AC74CD"/>
    <w:rsid w:val="00AD3AFE"/>
    <w:rsid w:val="00AE067D"/>
    <w:rsid w:val="00AF483D"/>
    <w:rsid w:val="00AF6994"/>
    <w:rsid w:val="00B0268E"/>
    <w:rsid w:val="00B17E9E"/>
    <w:rsid w:val="00B33756"/>
    <w:rsid w:val="00B47730"/>
    <w:rsid w:val="00B55B7D"/>
    <w:rsid w:val="00B63EFD"/>
    <w:rsid w:val="00B74A44"/>
    <w:rsid w:val="00BB5ABB"/>
    <w:rsid w:val="00BC5FA1"/>
    <w:rsid w:val="00BC7675"/>
    <w:rsid w:val="00BD4333"/>
    <w:rsid w:val="00C22785"/>
    <w:rsid w:val="00C33E09"/>
    <w:rsid w:val="00C86397"/>
    <w:rsid w:val="00CB0664"/>
    <w:rsid w:val="00CC3597"/>
    <w:rsid w:val="00CD5670"/>
    <w:rsid w:val="00CD7390"/>
    <w:rsid w:val="00D03B37"/>
    <w:rsid w:val="00D3733D"/>
    <w:rsid w:val="00D40E9B"/>
    <w:rsid w:val="00D62DAF"/>
    <w:rsid w:val="00D80BF7"/>
    <w:rsid w:val="00DC06E7"/>
    <w:rsid w:val="00DC13AA"/>
    <w:rsid w:val="00DD3CCA"/>
    <w:rsid w:val="00E07487"/>
    <w:rsid w:val="00E10B35"/>
    <w:rsid w:val="00E14B6A"/>
    <w:rsid w:val="00E155B2"/>
    <w:rsid w:val="00E3451A"/>
    <w:rsid w:val="00E71DCA"/>
    <w:rsid w:val="00E8468D"/>
    <w:rsid w:val="00EC07BB"/>
    <w:rsid w:val="00EC2A19"/>
    <w:rsid w:val="00F051AE"/>
    <w:rsid w:val="00F42E0A"/>
    <w:rsid w:val="00F42F57"/>
    <w:rsid w:val="00F45013"/>
    <w:rsid w:val="00F701A7"/>
    <w:rsid w:val="00FC0B51"/>
    <w:rsid w:val="00FC21AC"/>
    <w:rsid w:val="00FC693F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66</cp:revision>
  <cp:lastPrinted>2025-08-07T08:41:00Z</cp:lastPrinted>
  <dcterms:created xsi:type="dcterms:W3CDTF">2013-12-23T23:15:00Z</dcterms:created>
  <dcterms:modified xsi:type="dcterms:W3CDTF">2025-11-20T07:32:00Z</dcterms:modified>
  <cp:category/>
</cp:coreProperties>
</file>