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2E0D" w14:textId="77777777" w:rsidR="0084779A" w:rsidRPr="007407D6" w:rsidRDefault="0084779A" w:rsidP="0084779A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84779A" w:rsidRPr="000C3CCC" w14:paraId="0C00D8FF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3D0A76E0" w14:textId="77777777" w:rsidR="0084779A" w:rsidRPr="009A7FEE" w:rsidRDefault="0084779A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557F3428" w14:textId="77777777" w:rsidR="0084779A" w:rsidRPr="0031145C" w:rsidRDefault="0084779A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 w:rsidRPr="0031145C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②</w:t>
            </w:r>
          </w:p>
        </w:tc>
      </w:tr>
      <w:tr w:rsidR="0084779A" w:rsidRPr="000C3CCC" w14:paraId="4787CEEA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179168C9" w14:textId="77777777" w:rsidR="0084779A" w:rsidRPr="009A7FEE" w:rsidRDefault="0084779A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406D98B3" w14:textId="77777777" w:rsidR="0084779A" w:rsidRPr="0031145C" w:rsidRDefault="0084779A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4F4696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江戸時代から昭和初期まで</w:t>
            </w:r>
          </w:p>
        </w:tc>
      </w:tr>
      <w:tr w:rsidR="0084779A" w:rsidRPr="00E14B6A" w14:paraId="2B445887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4019B037" w14:textId="77777777" w:rsidR="0084779A" w:rsidRPr="009A7FEE" w:rsidRDefault="0084779A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3489F337" w14:textId="77777777" w:rsidR="0084779A" w:rsidRPr="0031145C" w:rsidRDefault="0084779A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4F4696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②</w:t>
            </w:r>
          </w:p>
        </w:tc>
      </w:tr>
      <w:tr w:rsidR="0084779A" w:rsidRPr="000C3CCC" w14:paraId="02A2D4C0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7804FAD2" w14:textId="77777777" w:rsidR="0084779A" w:rsidRPr="009A7FEE" w:rsidRDefault="0084779A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72174AF0" w14:textId="77777777" w:rsidR="0084779A" w:rsidRPr="0031145C" w:rsidRDefault="0084779A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1036D5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京都で、ある店がそばの上にニシンをのせて出し始めた</w:t>
            </w: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こと</w:t>
            </w:r>
          </w:p>
        </w:tc>
      </w:tr>
    </w:tbl>
    <w:p w14:paraId="3BC86B18" w14:textId="77777777" w:rsidR="0084779A" w:rsidRPr="007407D6" w:rsidRDefault="0084779A" w:rsidP="0084779A">
      <w:pPr>
        <w:rPr>
          <w:rFonts w:asciiTheme="minorEastAsia" w:hAnsiTheme="minorEastAsia"/>
          <w:szCs w:val="21"/>
          <w:lang w:eastAsia="ja-JP"/>
        </w:rPr>
      </w:pPr>
    </w:p>
    <w:p w14:paraId="12C14B0B" w14:textId="77777777" w:rsidR="0084779A" w:rsidRPr="007407D6" w:rsidRDefault="0084779A" w:rsidP="0084779A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1C68AEE1" w14:textId="77777777" w:rsidR="0084779A" w:rsidRDefault="0084779A" w:rsidP="0084779A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242F4D">
        <w:rPr>
          <w:rFonts w:asciiTheme="minorEastAsia" w:hAnsiTheme="minorEastAsia" w:hint="eastAsia"/>
          <w:sz w:val="21"/>
          <w:szCs w:val="20"/>
          <w:lang w:eastAsia="ja-JP"/>
        </w:rPr>
        <w:t>主語：she（彼女＝母）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242F4D">
        <w:rPr>
          <w:rFonts w:asciiTheme="minorEastAsia" w:hAnsiTheme="minorEastAsia" w:hint="eastAsia"/>
          <w:sz w:val="21"/>
          <w:szCs w:val="20"/>
          <w:lang w:eastAsia="ja-JP"/>
        </w:rPr>
        <w:t>動詞：said（言った）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242F4D">
        <w:rPr>
          <w:rFonts w:asciiTheme="minorEastAsia" w:hAnsiTheme="minorEastAsia" w:hint="eastAsia"/>
          <w:w w:val="95"/>
          <w:sz w:val="21"/>
          <w:szCs w:val="20"/>
          <w:lang w:eastAsia="ja-JP"/>
        </w:rPr>
        <w:t>that節（目的語）：</w:t>
      </w:r>
      <w:proofErr w:type="spellStart"/>
      <w:r w:rsidRPr="00242F4D">
        <w:rPr>
          <w:rFonts w:asciiTheme="minorEastAsia" w:hAnsiTheme="minorEastAsia" w:hint="eastAsia"/>
          <w:w w:val="95"/>
          <w:sz w:val="21"/>
          <w:szCs w:val="20"/>
          <w:lang w:eastAsia="ja-JP"/>
        </w:rPr>
        <w:t>Nishin</w:t>
      </w:r>
      <w:proofErr w:type="spellEnd"/>
      <w:r w:rsidRPr="00242F4D">
        <w:rPr>
          <w:rFonts w:asciiTheme="minorEastAsia" w:hAnsiTheme="minorEastAsia" w:hint="eastAsia"/>
          <w:w w:val="95"/>
          <w:sz w:val="21"/>
          <w:szCs w:val="20"/>
          <w:lang w:eastAsia="ja-JP"/>
        </w:rPr>
        <w:t xml:space="preserve"> Soba noodles were famous（ニシンそばが有名である）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8C1668">
        <w:rPr>
          <w:rFonts w:asciiTheme="minorEastAsia" w:hAnsiTheme="minorEastAsia" w:hint="eastAsia"/>
          <w:sz w:val="21"/>
          <w:szCs w:val="20"/>
          <w:lang w:eastAsia="ja-JP"/>
        </w:rPr>
        <w:t>② 4－2－3－1－5－6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 w:rsidRPr="008C1668">
        <w:rPr>
          <w:rFonts w:asciiTheme="minorEastAsia" w:hAnsiTheme="minorEastAsia"/>
          <w:sz w:val="21"/>
          <w:szCs w:val="20"/>
          <w:lang w:eastAsia="ja-JP"/>
        </w:rPr>
        <w:t xml:space="preserve">She said that </w:t>
      </w:r>
      <w:proofErr w:type="spellStart"/>
      <w:r w:rsidRPr="008C1668">
        <w:rPr>
          <w:rFonts w:asciiTheme="minorEastAsia" w:hAnsiTheme="minorEastAsia"/>
          <w:sz w:val="21"/>
          <w:szCs w:val="20"/>
          <w:lang w:eastAsia="ja-JP"/>
        </w:rPr>
        <w:t>Nishin</w:t>
      </w:r>
      <w:proofErr w:type="spellEnd"/>
      <w:r w:rsidRPr="008C1668">
        <w:rPr>
          <w:rFonts w:asciiTheme="minorEastAsia" w:hAnsiTheme="minorEastAsia"/>
          <w:sz w:val="21"/>
          <w:szCs w:val="20"/>
          <w:lang w:eastAsia="ja-JP"/>
        </w:rPr>
        <w:t xml:space="preserve"> Soba noodles were famous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B54728">
        <w:rPr>
          <w:rFonts w:asciiTheme="minorEastAsia" w:hAnsiTheme="minorEastAsia" w:hint="eastAsia"/>
          <w:sz w:val="21"/>
          <w:szCs w:val="20"/>
          <w:lang w:eastAsia="ja-JP"/>
        </w:rPr>
        <w:t>彼女（母）は、ニシンそばは有名だと言いました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p w14:paraId="7709A4F5" w14:textId="77777777" w:rsidR="0084779A" w:rsidRPr="000C3CCC" w:rsidRDefault="0084779A" w:rsidP="0084779A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4F4696">
        <w:rPr>
          <w:rFonts w:asciiTheme="minorEastAsia" w:hAnsiTheme="minorEastAsia" w:hint="eastAsia"/>
          <w:sz w:val="21"/>
          <w:szCs w:val="20"/>
          <w:lang w:eastAsia="ja-JP"/>
        </w:rPr>
        <w:t>「From A to B」で「AからBまで」となります。</w:t>
      </w:r>
    </w:p>
    <w:p w14:paraId="480A4630" w14:textId="77777777" w:rsidR="0084779A" w:rsidRDefault="0084779A" w:rsidP="0084779A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1"/>
          <w:lang w:eastAsia="ja-JP"/>
        </w:rPr>
        <w:t>３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 w:rsidRPr="00AF483D">
        <w:rPr>
          <w:rFonts w:asciiTheme="minorEastAsia" w:hAnsiTheme="minorEastAsia" w:hint="eastAsia"/>
          <w:sz w:val="21"/>
          <w:szCs w:val="21"/>
          <w:lang w:eastAsia="ja-JP"/>
        </w:rPr>
        <w:t>「</w:t>
      </w:r>
      <w:r>
        <w:rPr>
          <w:rFonts w:asciiTheme="minorEastAsia" w:hAnsiTheme="minorEastAsia" w:hint="eastAsia"/>
          <w:sz w:val="21"/>
          <w:szCs w:val="21"/>
          <w:lang w:eastAsia="ja-JP"/>
        </w:rPr>
        <w:t>人々はニシンを乾燥させ、それらを大阪に船（　）運びます」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>「by～」は「～で（手段）」を表すので、正解は、② by。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① </w:t>
      </w:r>
      <w:r w:rsidRPr="00D0525B">
        <w:rPr>
          <w:rFonts w:asciiTheme="minorEastAsia" w:hAnsiTheme="minorEastAsia" w:hint="eastAsia"/>
          <w:sz w:val="21"/>
          <w:szCs w:val="21"/>
          <w:lang w:eastAsia="ja-JP"/>
        </w:rPr>
        <w:t>at ship → 「船で」ではなく「船での場所に」にな</w:t>
      </w:r>
      <w:r>
        <w:rPr>
          <w:rFonts w:asciiTheme="minorEastAsia" w:hAnsiTheme="minorEastAsia" w:hint="eastAsia"/>
          <w:sz w:val="21"/>
          <w:szCs w:val="21"/>
          <w:lang w:eastAsia="ja-JP"/>
        </w:rPr>
        <w:t>る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③ </w:t>
      </w:r>
      <w:r w:rsidRPr="00D0525B">
        <w:rPr>
          <w:rFonts w:asciiTheme="minorEastAsia" w:hAnsiTheme="minorEastAsia" w:hint="eastAsia"/>
          <w:sz w:val="21"/>
          <w:szCs w:val="21"/>
          <w:lang w:eastAsia="ja-JP"/>
        </w:rPr>
        <w:t>on ship → 「船の上で」と場所の意味になる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④ </w:t>
      </w:r>
      <w:r w:rsidRPr="00D0525B">
        <w:rPr>
          <w:rFonts w:asciiTheme="minorEastAsia" w:hAnsiTheme="minorEastAsia" w:hint="eastAsia"/>
          <w:sz w:val="21"/>
          <w:szCs w:val="21"/>
          <w:lang w:eastAsia="ja-JP"/>
        </w:rPr>
        <w:t>with ship → 「船と一緒に」となり不自然</w:t>
      </w:r>
    </w:p>
    <w:p w14:paraId="5F9A04A4" w14:textId="736BD4E4" w:rsidR="00F45013" w:rsidRPr="0084779A" w:rsidRDefault="0084779A" w:rsidP="00BB48BC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1036D5">
        <w:rPr>
          <w:rFonts w:asciiTheme="minorEastAsia" w:hAnsiTheme="minorEastAsia" w:hint="eastAsia"/>
          <w:sz w:val="21"/>
          <w:szCs w:val="20"/>
          <w:lang w:eastAsia="ja-JP"/>
        </w:rPr>
        <w:t>直前に「京都で、ある店がそばの上にニシンをのせて出し始めた」と説明があるので、That はこの出来事を指しています。</w:t>
      </w:r>
    </w:p>
    <w:sectPr w:rsidR="00F45013" w:rsidRPr="0084779A" w:rsidSect="00A07E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0C8C4" w14:textId="77777777" w:rsidR="00BC7675" w:rsidRDefault="00BC7675" w:rsidP="00831BF7">
      <w:pPr>
        <w:spacing w:after="0" w:line="240" w:lineRule="auto"/>
      </w:pPr>
      <w:r>
        <w:separator/>
      </w:r>
    </w:p>
  </w:endnote>
  <w:endnote w:type="continuationSeparator" w:id="0">
    <w:p w14:paraId="1F4AA697" w14:textId="77777777" w:rsidR="00BC7675" w:rsidRDefault="00BC7675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AFCB6" w14:textId="77777777" w:rsidR="00BB48BC" w:rsidRDefault="00BB48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656EC" w14:textId="77777777" w:rsidR="00BB48BC" w:rsidRDefault="00BB48B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A9A8D" w14:textId="77777777" w:rsidR="00BB48BC" w:rsidRDefault="00BB48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FF0E1" w14:textId="77777777" w:rsidR="00BC7675" w:rsidRDefault="00BC7675" w:rsidP="00831BF7">
      <w:pPr>
        <w:spacing w:after="0" w:line="240" w:lineRule="auto"/>
      </w:pPr>
      <w:r>
        <w:separator/>
      </w:r>
    </w:p>
  </w:footnote>
  <w:footnote w:type="continuationSeparator" w:id="0">
    <w:p w14:paraId="66F1D913" w14:textId="77777777" w:rsidR="00BC7675" w:rsidRDefault="00BC7675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21DDC" w14:textId="77777777" w:rsidR="00BB48BC" w:rsidRDefault="00BB48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660"/>
      <w:gridCol w:w="3117"/>
      <w:gridCol w:w="2603"/>
    </w:tblGrid>
    <w:tr w:rsidR="00BB48BC" w14:paraId="340BE274" w14:textId="77777777" w:rsidTr="00E3790A">
      <w:tc>
        <w:tcPr>
          <w:tcW w:w="1587" w:type="pct"/>
          <w:vMerge w:val="restart"/>
          <w:shd w:val="clear" w:color="auto" w:fill="808080" w:themeFill="background1" w:themeFillShade="80"/>
        </w:tcPr>
        <w:p w14:paraId="0AD329CA" w14:textId="77777777" w:rsidR="00BB48BC" w:rsidRPr="000C3CCC" w:rsidRDefault="00BB48BC" w:rsidP="00BB48BC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 ㉑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61F6E0B4" w14:textId="77777777" w:rsidR="00BB48BC" w:rsidRPr="000C3CCC" w:rsidRDefault="00BB48BC" w:rsidP="00BB48BC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57174DAE" w14:textId="77777777" w:rsidR="00BB48BC" w:rsidRPr="000C3CCC" w:rsidRDefault="00BB48BC" w:rsidP="00BB48BC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73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語</w:t>
          </w:r>
        </w:p>
      </w:tc>
    </w:tr>
    <w:tr w:rsidR="00BB48BC" w14:paraId="2991F89A" w14:textId="77777777" w:rsidTr="00E3790A">
      <w:tc>
        <w:tcPr>
          <w:tcW w:w="1587" w:type="pct"/>
          <w:vMerge/>
          <w:shd w:val="clear" w:color="auto" w:fill="808080" w:themeFill="background1" w:themeFillShade="80"/>
        </w:tcPr>
        <w:p w14:paraId="46FB589A" w14:textId="77777777" w:rsidR="00BB48BC" w:rsidRPr="000C3CCC" w:rsidRDefault="00BB48BC" w:rsidP="00BB48BC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3382EB55" w14:textId="77777777" w:rsidR="00BB48BC" w:rsidRPr="000C3CCC" w:rsidRDefault="00BB48BC" w:rsidP="00BB48BC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408AD81F" w14:textId="77777777" w:rsidR="00BB48BC" w:rsidRPr="000C3CCC" w:rsidRDefault="00BB48BC" w:rsidP="00BB48BC">
          <w:pPr>
            <w:pStyle w:val="a5"/>
            <w:ind w:firstLineChars="100" w:firstLine="160"/>
            <w:jc w:val="both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：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 xml:space="preserve">AS 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p.1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6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6～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173</w:t>
          </w:r>
        </w:p>
      </w:tc>
    </w:tr>
  </w:tbl>
  <w:p w14:paraId="430153F0" w14:textId="77777777" w:rsidR="00AD3AFE" w:rsidRPr="00BB48BC" w:rsidRDefault="00AD3AFE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1BD4" w14:textId="77777777" w:rsidR="00BB48BC" w:rsidRDefault="00BB48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4935"/>
    <w:rsid w:val="00042C27"/>
    <w:rsid w:val="00043633"/>
    <w:rsid w:val="0006063C"/>
    <w:rsid w:val="000767CA"/>
    <w:rsid w:val="000872EF"/>
    <w:rsid w:val="000921EA"/>
    <w:rsid w:val="00093A88"/>
    <w:rsid w:val="000C3CCC"/>
    <w:rsid w:val="000E70FF"/>
    <w:rsid w:val="0011374E"/>
    <w:rsid w:val="0015074B"/>
    <w:rsid w:val="00153B11"/>
    <w:rsid w:val="002634A1"/>
    <w:rsid w:val="00282E6B"/>
    <w:rsid w:val="002929C2"/>
    <w:rsid w:val="0029639D"/>
    <w:rsid w:val="002A2EF8"/>
    <w:rsid w:val="002D2D99"/>
    <w:rsid w:val="0031145C"/>
    <w:rsid w:val="00326F90"/>
    <w:rsid w:val="00347808"/>
    <w:rsid w:val="00366F7A"/>
    <w:rsid w:val="00377CEF"/>
    <w:rsid w:val="00393CD5"/>
    <w:rsid w:val="003C0ACA"/>
    <w:rsid w:val="003D0AEE"/>
    <w:rsid w:val="0041592E"/>
    <w:rsid w:val="00483B51"/>
    <w:rsid w:val="004B3945"/>
    <w:rsid w:val="004C1CD3"/>
    <w:rsid w:val="00545A13"/>
    <w:rsid w:val="005702F0"/>
    <w:rsid w:val="005711A6"/>
    <w:rsid w:val="005B4CF9"/>
    <w:rsid w:val="005C278C"/>
    <w:rsid w:val="00661309"/>
    <w:rsid w:val="00670DD9"/>
    <w:rsid w:val="006C5F63"/>
    <w:rsid w:val="006F7E7D"/>
    <w:rsid w:val="007407D6"/>
    <w:rsid w:val="0074185E"/>
    <w:rsid w:val="00792E41"/>
    <w:rsid w:val="00816F8A"/>
    <w:rsid w:val="00826726"/>
    <w:rsid w:val="00831BF7"/>
    <w:rsid w:val="00840B1A"/>
    <w:rsid w:val="0084779A"/>
    <w:rsid w:val="0085108F"/>
    <w:rsid w:val="008552FD"/>
    <w:rsid w:val="0085716B"/>
    <w:rsid w:val="00870269"/>
    <w:rsid w:val="008D3AB1"/>
    <w:rsid w:val="008F5E64"/>
    <w:rsid w:val="008F62FA"/>
    <w:rsid w:val="00926803"/>
    <w:rsid w:val="0094387F"/>
    <w:rsid w:val="009A4D34"/>
    <w:rsid w:val="009A7FEE"/>
    <w:rsid w:val="009C70DC"/>
    <w:rsid w:val="009C7B73"/>
    <w:rsid w:val="009E60D0"/>
    <w:rsid w:val="009E6633"/>
    <w:rsid w:val="00A07E11"/>
    <w:rsid w:val="00A50A4A"/>
    <w:rsid w:val="00A56B81"/>
    <w:rsid w:val="00A6260E"/>
    <w:rsid w:val="00A6461D"/>
    <w:rsid w:val="00A85FB2"/>
    <w:rsid w:val="00AA1D8D"/>
    <w:rsid w:val="00AA6744"/>
    <w:rsid w:val="00AC74CD"/>
    <w:rsid w:val="00AD3AFE"/>
    <w:rsid w:val="00AE067D"/>
    <w:rsid w:val="00AF483D"/>
    <w:rsid w:val="00AF6994"/>
    <w:rsid w:val="00B0268E"/>
    <w:rsid w:val="00B17E9E"/>
    <w:rsid w:val="00B33756"/>
    <w:rsid w:val="00B47730"/>
    <w:rsid w:val="00B55B7D"/>
    <w:rsid w:val="00B63EFD"/>
    <w:rsid w:val="00B74A44"/>
    <w:rsid w:val="00BB48BC"/>
    <w:rsid w:val="00BB5ABB"/>
    <w:rsid w:val="00BC5FA1"/>
    <w:rsid w:val="00BC7675"/>
    <w:rsid w:val="00BD4333"/>
    <w:rsid w:val="00C22785"/>
    <w:rsid w:val="00C33E09"/>
    <w:rsid w:val="00C86397"/>
    <w:rsid w:val="00CB0664"/>
    <w:rsid w:val="00CC3597"/>
    <w:rsid w:val="00CD5670"/>
    <w:rsid w:val="00CD7390"/>
    <w:rsid w:val="00D03B37"/>
    <w:rsid w:val="00D3733D"/>
    <w:rsid w:val="00D40E9B"/>
    <w:rsid w:val="00D62DAF"/>
    <w:rsid w:val="00D80BF7"/>
    <w:rsid w:val="00DC06E7"/>
    <w:rsid w:val="00DC13AA"/>
    <w:rsid w:val="00DD3CCA"/>
    <w:rsid w:val="00E07487"/>
    <w:rsid w:val="00E10B35"/>
    <w:rsid w:val="00E14B6A"/>
    <w:rsid w:val="00E155B2"/>
    <w:rsid w:val="00E3451A"/>
    <w:rsid w:val="00E71DCA"/>
    <w:rsid w:val="00E8468D"/>
    <w:rsid w:val="00EC07BB"/>
    <w:rsid w:val="00EC2A19"/>
    <w:rsid w:val="00F051AE"/>
    <w:rsid w:val="00F42F57"/>
    <w:rsid w:val="00F45013"/>
    <w:rsid w:val="00F701A7"/>
    <w:rsid w:val="00FC0B51"/>
    <w:rsid w:val="00FC21AC"/>
    <w:rsid w:val="00FC693F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70</cp:revision>
  <cp:lastPrinted>2025-08-07T08:41:00Z</cp:lastPrinted>
  <dcterms:created xsi:type="dcterms:W3CDTF">2013-12-23T23:15:00Z</dcterms:created>
  <dcterms:modified xsi:type="dcterms:W3CDTF">2025-11-20T08:27:00Z</dcterms:modified>
  <cp:category/>
</cp:coreProperties>
</file>