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5845" w14:textId="77777777" w:rsidR="00F45013" w:rsidRPr="007407D6" w:rsidRDefault="00F45013" w:rsidP="00F45013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F45013" w:rsidRPr="000C3CCC" w14:paraId="309D9F55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48B71007" w14:textId="77777777" w:rsidR="00F45013" w:rsidRPr="009A7FEE" w:rsidRDefault="00F4501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31EEC8E4" w14:textId="77777777" w:rsidR="00F45013" w:rsidRPr="0031145C" w:rsidRDefault="00F4501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  <w:tr w:rsidR="00F45013" w:rsidRPr="000C3CCC" w14:paraId="02086EDA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29F644D1" w14:textId="77777777" w:rsidR="00F45013" w:rsidRPr="009A7FEE" w:rsidRDefault="00F4501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67BABD98" w14:textId="77777777" w:rsidR="00F45013" w:rsidRPr="0031145C" w:rsidRDefault="00F4501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③</w:t>
            </w:r>
          </w:p>
        </w:tc>
      </w:tr>
      <w:tr w:rsidR="00F45013" w:rsidRPr="00756E6E" w14:paraId="6BED5074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189153A0" w14:textId="77777777" w:rsidR="00F45013" w:rsidRPr="009A7FEE" w:rsidRDefault="00F4501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1A41DDF9" w14:textId="77777777" w:rsidR="00F45013" w:rsidRPr="00192669" w:rsidRDefault="00F4501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w w:val="95"/>
                <w:sz w:val="24"/>
                <w:szCs w:val="24"/>
                <w:lang w:eastAsia="ja-JP"/>
              </w:rPr>
            </w:pPr>
            <w:r w:rsidRPr="00192669">
              <w:rPr>
                <w:rFonts w:ascii="BIZ UDPゴシック" w:eastAsia="BIZ UDPゴシック" w:hAnsi="BIZ UDPゴシック" w:hint="eastAsia"/>
                <w:color w:val="0070C0"/>
                <w:w w:val="95"/>
                <w:sz w:val="24"/>
                <w:szCs w:val="24"/>
                <w:lang w:eastAsia="ja-JP"/>
              </w:rPr>
              <w:t>今、日本の若者はご飯よりもパンを食べることのほうが多いです。</w:t>
            </w:r>
          </w:p>
        </w:tc>
      </w:tr>
      <w:tr w:rsidR="00F45013" w:rsidRPr="000C3CCC" w14:paraId="0DED0DAC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0A34586C" w14:textId="77777777" w:rsidR="00F45013" w:rsidRPr="009A7FEE" w:rsidRDefault="00F4501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1530D877" w14:textId="77777777" w:rsidR="00F45013" w:rsidRPr="0031145C" w:rsidRDefault="00F4501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610EFC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米</w:t>
            </w:r>
          </w:p>
        </w:tc>
      </w:tr>
    </w:tbl>
    <w:p w14:paraId="5A323B0D" w14:textId="77777777" w:rsidR="00F45013" w:rsidRPr="007407D6" w:rsidRDefault="00F45013" w:rsidP="00F45013">
      <w:pPr>
        <w:rPr>
          <w:rFonts w:asciiTheme="minorEastAsia" w:hAnsiTheme="minorEastAsia"/>
          <w:szCs w:val="21"/>
          <w:lang w:eastAsia="ja-JP"/>
        </w:rPr>
      </w:pPr>
    </w:p>
    <w:p w14:paraId="54104B12" w14:textId="77777777" w:rsidR="00F45013" w:rsidRPr="007407D6" w:rsidRDefault="00F45013" w:rsidP="00F45013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101CDA38" w14:textId="77777777" w:rsidR="00F45013" w:rsidRDefault="00F45013" w:rsidP="00F45013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300BC2">
        <w:rPr>
          <w:rFonts w:asciiTheme="minorEastAsia" w:hAnsiTheme="minorEastAsia" w:hint="eastAsia"/>
          <w:sz w:val="21"/>
          <w:szCs w:val="20"/>
          <w:lang w:eastAsia="ja-JP"/>
        </w:rPr>
        <w:t>主語： you（あなたは）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300BC2">
        <w:rPr>
          <w:rFonts w:asciiTheme="minorEastAsia" w:hAnsiTheme="minorEastAsia" w:hint="eastAsia"/>
          <w:sz w:val="21"/>
          <w:szCs w:val="20"/>
          <w:lang w:eastAsia="ja-JP"/>
        </w:rPr>
        <w:t>動詞： like（好きです）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300BC2">
        <w:rPr>
          <w:rFonts w:asciiTheme="minorEastAsia" w:hAnsiTheme="minorEastAsia" w:hint="eastAsia"/>
          <w:sz w:val="21"/>
          <w:szCs w:val="20"/>
          <w:lang w:eastAsia="ja-JP"/>
        </w:rPr>
        <w:t>目的語：</w:t>
      </w:r>
      <w:r w:rsidRPr="00300BC2">
        <w:rPr>
          <w:rFonts w:asciiTheme="minorEastAsia" w:hAnsiTheme="minorEastAsia"/>
          <w:sz w:val="21"/>
          <w:szCs w:val="20"/>
          <w:lang w:eastAsia="ja-JP"/>
        </w:rPr>
        <w:t xml:space="preserve"> to eat </w:t>
      </w:r>
      <w:r>
        <w:rPr>
          <w:rFonts w:asciiTheme="minorEastAsia" w:hAnsiTheme="minorEastAsia" w:hint="eastAsia"/>
          <w:sz w:val="21"/>
          <w:szCs w:val="20"/>
          <w:lang w:eastAsia="ja-JP"/>
        </w:rPr>
        <w:t>（</w:t>
      </w:r>
      <w:r w:rsidRPr="00300BC2">
        <w:rPr>
          <w:rFonts w:asciiTheme="minorEastAsia" w:hAnsiTheme="minorEastAsia"/>
          <w:sz w:val="21"/>
          <w:szCs w:val="20"/>
          <w:lang w:eastAsia="ja-JP"/>
        </w:rPr>
        <w:t>Which</w:t>
      </w:r>
      <w:r>
        <w:rPr>
          <w:rFonts w:asciiTheme="minorEastAsia" w:hAnsiTheme="minorEastAsia" w:hint="eastAsia"/>
          <w:sz w:val="21"/>
          <w:szCs w:val="20"/>
          <w:lang w:eastAsia="ja-JP"/>
        </w:rPr>
        <w:t>）</w:t>
      </w:r>
      <w:r w:rsidRPr="00300BC2">
        <w:rPr>
          <w:rFonts w:asciiTheme="minorEastAsia" w:hAnsiTheme="minorEastAsia"/>
          <w:sz w:val="21"/>
          <w:szCs w:val="20"/>
          <w:lang w:eastAsia="ja-JP"/>
        </w:rPr>
        <w:t>better for breakfast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AF483D">
        <w:rPr>
          <w:rFonts w:asciiTheme="minorEastAsia" w:hAnsiTheme="minorEastAsia"/>
          <w:sz w:val="21"/>
          <w:szCs w:val="20"/>
          <w:lang w:eastAsia="ja-JP"/>
        </w:rPr>
        <w:t xml:space="preserve">① </w:t>
      </w:r>
      <w:r w:rsidRPr="00300BC2">
        <w:rPr>
          <w:rFonts w:asciiTheme="minorEastAsia" w:hAnsiTheme="minorEastAsia" w:hint="eastAsia"/>
          <w:sz w:val="21"/>
          <w:szCs w:val="20"/>
          <w:lang w:eastAsia="ja-JP"/>
        </w:rPr>
        <w:t>7－4－6－5－1－2－8－3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300BC2">
        <w:rPr>
          <w:rFonts w:asciiTheme="minorEastAsia" w:hAnsiTheme="minorEastAsia"/>
          <w:sz w:val="21"/>
          <w:szCs w:val="20"/>
          <w:lang w:eastAsia="ja-JP"/>
        </w:rPr>
        <w:t>Which do you like to eat better for breakfast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300BC2">
        <w:rPr>
          <w:rFonts w:asciiTheme="minorEastAsia" w:hAnsiTheme="minorEastAsia" w:hint="eastAsia"/>
          <w:sz w:val="21"/>
          <w:szCs w:val="20"/>
          <w:lang w:eastAsia="ja-JP"/>
        </w:rPr>
        <w:t>朝食に食べるなら、ご飯とパンのどちらがより好きか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3DEC404E" w14:textId="77777777" w:rsidR="00F45013" w:rsidRDefault="00F45013" w:rsidP="00F45013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２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CB388B">
        <w:rPr>
          <w:rFonts w:asciiTheme="minorEastAsia" w:hAnsiTheme="minorEastAsia" w:hint="eastAsia"/>
          <w:sz w:val="21"/>
          <w:szCs w:val="21"/>
          <w:lang w:eastAsia="ja-JP"/>
        </w:rPr>
        <w:t>文</w:t>
      </w:r>
      <w:r>
        <w:rPr>
          <w:rFonts w:asciiTheme="minorEastAsia" w:hAnsiTheme="minorEastAsia" w:hint="eastAsia"/>
          <w:sz w:val="21"/>
          <w:szCs w:val="21"/>
          <w:lang w:eastAsia="ja-JP"/>
        </w:rPr>
        <w:t>は</w:t>
      </w:r>
      <w:r w:rsidRPr="00CB388B">
        <w:rPr>
          <w:rFonts w:asciiTheme="minorEastAsia" w:hAnsiTheme="minorEastAsia" w:hint="eastAsia"/>
          <w:sz w:val="21"/>
          <w:szCs w:val="21"/>
          <w:lang w:eastAsia="ja-JP"/>
        </w:rPr>
        <w:t>：I like rice better （ A ） bread.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CB388B">
        <w:rPr>
          <w:rFonts w:asciiTheme="minorEastAsia" w:hAnsiTheme="minorEastAsia" w:hint="eastAsia"/>
          <w:sz w:val="21"/>
          <w:szCs w:val="21"/>
          <w:lang w:eastAsia="ja-JP"/>
        </w:rPr>
        <w:t>→「私はパン（ A ）ご飯のほうが好きです」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>「than」は</w:t>
      </w:r>
      <w:r w:rsidRPr="00CB388B">
        <w:rPr>
          <w:rFonts w:asciiTheme="minorEastAsia" w:hAnsiTheme="minorEastAsia" w:hint="eastAsia"/>
          <w:sz w:val="21"/>
          <w:szCs w:val="21"/>
          <w:lang w:eastAsia="ja-JP"/>
        </w:rPr>
        <w:t>「〜よりも」</w:t>
      </w:r>
      <w:r>
        <w:rPr>
          <w:rFonts w:asciiTheme="minorEastAsia" w:hAnsiTheme="minorEastAsia" w:hint="eastAsia"/>
          <w:sz w:val="21"/>
          <w:szCs w:val="21"/>
          <w:lang w:eastAsia="ja-JP"/>
        </w:rPr>
        <w:t>を表す。正解は、③ than。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5573EC">
        <w:rPr>
          <w:rFonts w:asciiTheme="minorEastAsia" w:hAnsiTheme="minorEastAsia" w:hint="eastAsia"/>
          <w:sz w:val="21"/>
          <w:szCs w:val="21"/>
          <w:lang w:eastAsia="ja-JP"/>
        </w:rPr>
        <w:t>①</w:t>
      </w:r>
      <w:r w:rsidRPr="005573EC">
        <w:rPr>
          <w:rFonts w:asciiTheme="minorEastAsia" w:hAnsiTheme="minorEastAsia"/>
          <w:sz w:val="21"/>
          <w:szCs w:val="21"/>
          <w:lang w:eastAsia="ja-JP"/>
        </w:rPr>
        <w:t xml:space="preserve"> for</w:t>
      </w:r>
      <w:r w:rsidRPr="005573EC">
        <w:rPr>
          <w:rFonts w:asciiTheme="minorEastAsia" w:hAnsiTheme="minorEastAsia" w:hint="eastAsia"/>
          <w:sz w:val="21"/>
          <w:szCs w:val="21"/>
          <w:lang w:eastAsia="ja-JP"/>
        </w:rPr>
        <w:t>（〜のために）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5573EC">
        <w:rPr>
          <w:rFonts w:asciiTheme="minorEastAsia" w:hAnsiTheme="minorEastAsia" w:hint="eastAsia"/>
          <w:sz w:val="21"/>
          <w:szCs w:val="21"/>
          <w:lang w:eastAsia="ja-JP"/>
        </w:rPr>
        <w:t>②</w:t>
      </w:r>
      <w:r w:rsidRPr="005573EC">
        <w:rPr>
          <w:rFonts w:asciiTheme="minorEastAsia" w:hAnsiTheme="minorEastAsia"/>
          <w:sz w:val="21"/>
          <w:szCs w:val="21"/>
          <w:lang w:eastAsia="ja-JP"/>
        </w:rPr>
        <w:t xml:space="preserve"> at</w:t>
      </w:r>
      <w:r w:rsidRPr="005573EC">
        <w:rPr>
          <w:rFonts w:asciiTheme="minorEastAsia" w:hAnsiTheme="minorEastAsia" w:hint="eastAsia"/>
          <w:sz w:val="21"/>
          <w:szCs w:val="21"/>
          <w:lang w:eastAsia="ja-JP"/>
        </w:rPr>
        <w:t>（〜で）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5573EC">
        <w:rPr>
          <w:rFonts w:asciiTheme="minorEastAsia" w:hAnsiTheme="minorEastAsia" w:hint="eastAsia"/>
          <w:sz w:val="21"/>
          <w:szCs w:val="21"/>
          <w:lang w:eastAsia="ja-JP"/>
        </w:rPr>
        <w:t>④</w:t>
      </w:r>
      <w:r w:rsidRPr="005573EC">
        <w:rPr>
          <w:rFonts w:asciiTheme="minorEastAsia" w:hAnsiTheme="minorEastAsia"/>
          <w:sz w:val="21"/>
          <w:szCs w:val="21"/>
          <w:lang w:eastAsia="ja-JP"/>
        </w:rPr>
        <w:t xml:space="preserve"> from</w:t>
      </w:r>
      <w:r w:rsidRPr="005573EC">
        <w:rPr>
          <w:rFonts w:asciiTheme="minorEastAsia" w:hAnsiTheme="minorEastAsia" w:hint="eastAsia"/>
          <w:sz w:val="21"/>
          <w:szCs w:val="21"/>
          <w:lang w:eastAsia="ja-JP"/>
        </w:rPr>
        <w:t>（〜から）</w:t>
      </w:r>
    </w:p>
    <w:p w14:paraId="2B6BBF63" w14:textId="77777777" w:rsidR="00F45013" w:rsidRPr="000C3CCC" w:rsidRDefault="00F45013" w:rsidP="00F45013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0D7C3B">
        <w:rPr>
          <w:rFonts w:asciiTheme="minorEastAsia" w:hAnsiTheme="minorEastAsia" w:hint="eastAsia"/>
          <w:sz w:val="21"/>
          <w:szCs w:val="20"/>
          <w:lang w:eastAsia="ja-JP"/>
        </w:rPr>
        <w:t>主語：young Japanese people（日本の若者）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0D7C3B">
        <w:rPr>
          <w:rFonts w:asciiTheme="minorEastAsia" w:hAnsiTheme="minorEastAsia" w:hint="eastAsia"/>
          <w:sz w:val="21"/>
          <w:szCs w:val="20"/>
          <w:lang w:eastAsia="ja-JP"/>
        </w:rPr>
        <w:t>動詞：eat（食べる）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目的語：</w:t>
      </w:r>
      <w:r w:rsidRPr="000D7C3B">
        <w:rPr>
          <w:rFonts w:asciiTheme="minorEastAsia" w:hAnsiTheme="minorEastAsia"/>
          <w:sz w:val="21"/>
          <w:szCs w:val="20"/>
          <w:lang w:eastAsia="ja-JP"/>
        </w:rPr>
        <w:t>bread</w:t>
      </w:r>
      <w:r w:rsidRPr="000D7C3B">
        <w:rPr>
          <w:rFonts w:asciiTheme="minorEastAsia" w:hAnsiTheme="minorEastAsia" w:hint="eastAsia"/>
          <w:sz w:val="21"/>
          <w:szCs w:val="20"/>
          <w:lang w:eastAsia="ja-JP"/>
        </w:rPr>
        <w:t>（</w:t>
      </w:r>
      <w:r>
        <w:rPr>
          <w:rFonts w:asciiTheme="minorEastAsia" w:hAnsiTheme="minorEastAsia" w:hint="eastAsia"/>
          <w:sz w:val="21"/>
          <w:szCs w:val="20"/>
          <w:lang w:eastAsia="ja-JP"/>
        </w:rPr>
        <w:t>パンを</w:t>
      </w:r>
      <w:r w:rsidRPr="000D7C3B">
        <w:rPr>
          <w:rFonts w:asciiTheme="minorEastAsia" w:hAnsiTheme="minorEastAsia" w:hint="eastAsia"/>
          <w:sz w:val="21"/>
          <w:szCs w:val="20"/>
          <w:lang w:eastAsia="ja-JP"/>
        </w:rPr>
        <w:t>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0D7C3B">
        <w:rPr>
          <w:rFonts w:asciiTheme="minorEastAsia" w:hAnsiTheme="minorEastAsia" w:hint="eastAsia"/>
          <w:sz w:val="21"/>
          <w:szCs w:val="20"/>
          <w:lang w:eastAsia="ja-JP"/>
        </w:rPr>
        <w:t>more often than rice（ご飯よりもしばしば）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A97BDB">
        <w:rPr>
          <w:rFonts w:asciiTheme="minorEastAsia" w:hAnsiTheme="minorEastAsia" w:hint="eastAsia"/>
          <w:sz w:val="21"/>
          <w:szCs w:val="20"/>
          <w:lang w:eastAsia="ja-JP"/>
        </w:rPr>
        <w:t>今、日本の若者はご飯よりもパンを食べることのほうが多いです。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5F9A04A4" w14:textId="0CDD2133" w:rsidR="00F45013" w:rsidRPr="0084779A" w:rsidRDefault="00F45013" w:rsidP="00F45013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A97BDB">
        <w:rPr>
          <w:rFonts w:asciiTheme="minorEastAsia" w:hAnsiTheme="minorEastAsia" w:hint="eastAsia"/>
          <w:sz w:val="21"/>
          <w:szCs w:val="20"/>
          <w:lang w:eastAsia="ja-JP"/>
        </w:rPr>
        <w:t>I think rice is one of the most important things for our culture, so we should protect it.</w:t>
      </w:r>
      <w:r>
        <w:rPr>
          <w:rFonts w:asciiTheme="minorEastAsia" w:hAnsiTheme="minorEastAsia" w:hint="eastAsia"/>
          <w:sz w:val="21"/>
          <w:szCs w:val="20"/>
          <w:lang w:eastAsia="ja-JP"/>
        </w:rPr>
        <w:t>（</w:t>
      </w:r>
      <w:r w:rsidRPr="00A97BDB">
        <w:rPr>
          <w:rFonts w:asciiTheme="minorEastAsia" w:hAnsiTheme="minorEastAsia" w:hint="eastAsia"/>
          <w:sz w:val="21"/>
          <w:szCs w:val="20"/>
          <w:lang w:eastAsia="ja-JP"/>
        </w:rPr>
        <w:t>米は私たちの文化にとって最も大切なものの一つだと思うので、私たちは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A97BDB">
        <w:rPr>
          <w:rFonts w:asciiTheme="minorEastAsia" w:hAnsiTheme="minorEastAsia" w:hint="eastAsia"/>
          <w:sz w:val="21"/>
          <w:szCs w:val="20"/>
          <w:lang w:eastAsia="ja-JP"/>
        </w:rPr>
        <w:t>それ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 w:rsidRPr="00A97BDB">
        <w:rPr>
          <w:rFonts w:asciiTheme="minorEastAsia" w:hAnsiTheme="minorEastAsia" w:hint="eastAsia"/>
          <w:sz w:val="21"/>
          <w:szCs w:val="20"/>
          <w:lang w:eastAsia="ja-JP"/>
        </w:rPr>
        <w:t>を守るべきです</w:t>
      </w:r>
      <w:r>
        <w:rPr>
          <w:rFonts w:asciiTheme="minorEastAsia" w:hAnsiTheme="minorEastAsia" w:hint="eastAsia"/>
          <w:sz w:val="21"/>
          <w:szCs w:val="20"/>
          <w:lang w:eastAsia="ja-JP"/>
        </w:rPr>
        <w:t>）</w:t>
      </w:r>
      <w:r w:rsidRPr="00A97BDB">
        <w:rPr>
          <w:rFonts w:asciiTheme="minorEastAsia" w:hAnsiTheme="minorEastAsia" w:hint="eastAsia"/>
          <w:sz w:val="21"/>
          <w:szCs w:val="20"/>
          <w:lang w:eastAsia="ja-JP"/>
        </w:rPr>
        <w:t>」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97BDB">
        <w:rPr>
          <w:rFonts w:asciiTheme="minorEastAsia" w:hAnsiTheme="minorEastAsia" w:hint="eastAsia"/>
          <w:sz w:val="21"/>
          <w:szCs w:val="20"/>
          <w:lang w:eastAsia="ja-JP"/>
        </w:rPr>
        <w:t>→</w:t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A97BDB">
        <w:rPr>
          <w:rFonts w:asciiTheme="minorEastAsia" w:hAnsiTheme="minorEastAsia" w:hint="eastAsia"/>
          <w:sz w:val="21"/>
          <w:szCs w:val="20"/>
          <w:lang w:eastAsia="ja-JP"/>
        </w:rPr>
        <w:t>it は「rice（米）」を指しています。</w:t>
      </w:r>
    </w:p>
    <w:sectPr w:rsidR="00F45013" w:rsidRPr="0084779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63325" w14:textId="77777777" w:rsidR="00925A83" w:rsidRDefault="00925A8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9DE9C" w14:textId="77777777" w:rsidR="00925A83" w:rsidRDefault="00925A8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0DA9F" w14:textId="77777777" w:rsidR="00925A83" w:rsidRDefault="00925A8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2A954" w14:textId="77777777" w:rsidR="00925A83" w:rsidRDefault="00925A8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925A83" w14:paraId="0A24E177" w14:textId="77777777" w:rsidTr="00A579D2">
      <w:tc>
        <w:tcPr>
          <w:tcW w:w="1587" w:type="pct"/>
          <w:vMerge w:val="restart"/>
          <w:shd w:val="clear" w:color="auto" w:fill="808080" w:themeFill="background1" w:themeFillShade="80"/>
        </w:tcPr>
        <w:p w14:paraId="2ADFD0C4" w14:textId="77777777" w:rsidR="00925A83" w:rsidRPr="000C3CCC" w:rsidRDefault="00925A83" w:rsidP="00925A83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⑰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6758C239" w14:textId="77777777" w:rsidR="00925A83" w:rsidRPr="000C3CCC" w:rsidRDefault="00925A83" w:rsidP="00925A83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531FE870" w14:textId="77777777" w:rsidR="00925A83" w:rsidRPr="000C3CCC" w:rsidRDefault="00925A83" w:rsidP="00925A83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71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925A83" w14:paraId="5D2E4C43" w14:textId="77777777" w:rsidTr="00A579D2">
      <w:tc>
        <w:tcPr>
          <w:tcW w:w="1587" w:type="pct"/>
          <w:vMerge/>
          <w:shd w:val="clear" w:color="auto" w:fill="808080" w:themeFill="background1" w:themeFillShade="80"/>
        </w:tcPr>
        <w:p w14:paraId="43EA3E5D" w14:textId="77777777" w:rsidR="00925A83" w:rsidRPr="000C3CCC" w:rsidRDefault="00925A83" w:rsidP="00925A83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0C674F1A" w14:textId="77777777" w:rsidR="00925A83" w:rsidRPr="000C3CCC" w:rsidRDefault="00925A83" w:rsidP="00925A83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72525FB3" w14:textId="77777777" w:rsidR="00925A83" w:rsidRPr="000C3CCC" w:rsidRDefault="00925A83" w:rsidP="00925A83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p.1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34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14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1</w:t>
          </w:r>
        </w:p>
      </w:tc>
    </w:tr>
  </w:tbl>
  <w:p w14:paraId="430153F0" w14:textId="77777777" w:rsidR="00AD3AFE" w:rsidRPr="00925A83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A106B" w14:textId="77777777" w:rsidR="00925A83" w:rsidRDefault="00925A8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767CA"/>
    <w:rsid w:val="000872EF"/>
    <w:rsid w:val="000921EA"/>
    <w:rsid w:val="00093A88"/>
    <w:rsid w:val="000C3CCC"/>
    <w:rsid w:val="000E70FF"/>
    <w:rsid w:val="0011374E"/>
    <w:rsid w:val="0015074B"/>
    <w:rsid w:val="00153B11"/>
    <w:rsid w:val="002634A1"/>
    <w:rsid w:val="00282E6B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41592E"/>
    <w:rsid w:val="00483B51"/>
    <w:rsid w:val="004C1CD3"/>
    <w:rsid w:val="00545A13"/>
    <w:rsid w:val="005702F0"/>
    <w:rsid w:val="005711A6"/>
    <w:rsid w:val="005B4CF9"/>
    <w:rsid w:val="005C278C"/>
    <w:rsid w:val="00661309"/>
    <w:rsid w:val="00670DD9"/>
    <w:rsid w:val="006C5F63"/>
    <w:rsid w:val="006F7E7D"/>
    <w:rsid w:val="007407D6"/>
    <w:rsid w:val="0074185E"/>
    <w:rsid w:val="00792E41"/>
    <w:rsid w:val="00816F8A"/>
    <w:rsid w:val="00826726"/>
    <w:rsid w:val="00831BF7"/>
    <w:rsid w:val="00840B1A"/>
    <w:rsid w:val="0084779A"/>
    <w:rsid w:val="0085108F"/>
    <w:rsid w:val="008552FD"/>
    <w:rsid w:val="0085716B"/>
    <w:rsid w:val="00870269"/>
    <w:rsid w:val="008D3AB1"/>
    <w:rsid w:val="008F5E64"/>
    <w:rsid w:val="008F62FA"/>
    <w:rsid w:val="00925A83"/>
    <w:rsid w:val="00926803"/>
    <w:rsid w:val="0094387F"/>
    <w:rsid w:val="009A7FEE"/>
    <w:rsid w:val="009C70DC"/>
    <w:rsid w:val="009C7B73"/>
    <w:rsid w:val="009E60D0"/>
    <w:rsid w:val="009E6633"/>
    <w:rsid w:val="00A07E11"/>
    <w:rsid w:val="00A50A4A"/>
    <w:rsid w:val="00A56B81"/>
    <w:rsid w:val="00A6260E"/>
    <w:rsid w:val="00A6461D"/>
    <w:rsid w:val="00A85FB2"/>
    <w:rsid w:val="00AA1D8D"/>
    <w:rsid w:val="00AC74CD"/>
    <w:rsid w:val="00AD3AFE"/>
    <w:rsid w:val="00AE067D"/>
    <w:rsid w:val="00AF483D"/>
    <w:rsid w:val="00AF6994"/>
    <w:rsid w:val="00B0268E"/>
    <w:rsid w:val="00B17E9E"/>
    <w:rsid w:val="00B32E3C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3451A"/>
    <w:rsid w:val="00E71DCA"/>
    <w:rsid w:val="00E8468D"/>
    <w:rsid w:val="00EC07BB"/>
    <w:rsid w:val="00EC2A19"/>
    <w:rsid w:val="00F051AE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69</cp:revision>
  <cp:lastPrinted>2025-08-07T08:41:00Z</cp:lastPrinted>
  <dcterms:created xsi:type="dcterms:W3CDTF">2013-12-23T23:15:00Z</dcterms:created>
  <dcterms:modified xsi:type="dcterms:W3CDTF">2025-11-20T08:19:00Z</dcterms:modified>
  <cp:category/>
</cp:coreProperties>
</file>